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6926" w:rsidRDefault="00B96DC9">
      <w:pPr>
        <w:jc w:val="right"/>
      </w:pPr>
      <w:r>
        <w:rPr>
          <w:b/>
        </w:rPr>
        <w:t>Date: __________________</w:t>
      </w:r>
    </w:p>
    <w:p w:rsidR="00376926" w:rsidRDefault="00B96DC9">
      <w:r>
        <w:rPr>
          <w:b/>
        </w:rPr>
        <w:t>TAP BUILDERS</w:t>
      </w:r>
      <w:r>
        <w:rPr>
          <w:b/>
        </w:rPr>
        <w:br/>
      </w:r>
      <w:r>
        <w:t>PLOT NO. FL-4, SECTOR 4-A,</w:t>
      </w:r>
      <w:r>
        <w:br/>
        <w:t>SURJANI TOWN,</w:t>
      </w:r>
      <w:r>
        <w:br/>
        <w:t>KARACHI.</w:t>
      </w:r>
    </w:p>
    <w:p w:rsidR="00376926" w:rsidRDefault="00B96DC9">
      <w:pPr>
        <w:jc w:val="center"/>
      </w:pPr>
      <w:r>
        <w:rPr>
          <w:b/>
          <w:sz w:val="20"/>
        </w:rPr>
        <w:t>TO BE EXECUTED ON NON-JUDICIAL STAMP PAPER</w:t>
      </w:r>
      <w:bookmarkStart w:id="0" w:name="_GoBack"/>
      <w:bookmarkEnd w:id="0"/>
    </w:p>
    <w:p w:rsidR="00376926" w:rsidRDefault="00B96DC9">
      <w:pPr>
        <w:jc w:val="center"/>
      </w:pPr>
      <w:r>
        <w:rPr>
          <w:b/>
          <w:sz w:val="24"/>
          <w:u w:val="single"/>
        </w:rPr>
        <w:t>SUBJECT: ACKNOWLEDGEMENT OF REFUND AGAINST CANCELLED UNIT/FLAT</w:t>
      </w:r>
    </w:p>
    <w:p w:rsidR="00376926" w:rsidRDefault="00B96DC9">
      <w:pPr>
        <w:jc w:val="both"/>
      </w:pPr>
      <w:r>
        <w:t xml:space="preserve">I, </w:t>
      </w:r>
      <w:r>
        <w:rPr>
          <w:u w:val="single"/>
        </w:rPr>
        <w:t>______________________________</w:t>
      </w:r>
      <w:r>
        <w:t xml:space="preserve">, S/O / D/O / W/O </w:t>
      </w:r>
      <w:r>
        <w:rPr>
          <w:u w:val="single"/>
        </w:rPr>
        <w:t>______________________________</w:t>
      </w:r>
      <w:r>
        <w:t xml:space="preserve">, holding CNIC No. </w:t>
      </w:r>
      <w:r>
        <w:rPr>
          <w:u w:val="single"/>
        </w:rPr>
        <w:t>______________________________</w:t>
      </w:r>
      <w:r>
        <w:t xml:space="preserve">, and residing at </w:t>
      </w:r>
      <w:r>
        <w:rPr>
          <w:u w:val="single"/>
        </w:rPr>
        <w:t>______________________________________________________________</w:t>
      </w:r>
      <w:r>
        <w:t xml:space="preserve">, had booked the following unit/flat in your project "FAIZ RESIDENCY", located </w:t>
      </w:r>
      <w:r>
        <w:t>at Plot No. FL-4, Sector 4-A, Surjani Town, Karachi:</w:t>
      </w:r>
    </w:p>
    <w:p w:rsidR="00376926" w:rsidRDefault="00B96DC9">
      <w:r>
        <w:rPr>
          <w:b/>
        </w:rPr>
        <w:t>Booking Details:</w:t>
      </w:r>
    </w:p>
    <w:tbl>
      <w:tblPr>
        <w:tblStyle w:val="TableGrid"/>
        <w:tblW w:w="0" w:type="auto"/>
        <w:jc w:val="center"/>
        <w:tblLayout w:type="fixed"/>
        <w:tblLook w:val="04A0" w:firstRow="1" w:lastRow="0" w:firstColumn="1" w:lastColumn="0" w:noHBand="0" w:noVBand="1"/>
      </w:tblPr>
      <w:tblGrid>
        <w:gridCol w:w="5040"/>
        <w:gridCol w:w="5040"/>
      </w:tblGrid>
      <w:tr w:rsidR="00376926">
        <w:trPr>
          <w:jc w:val="center"/>
        </w:trPr>
        <w:tc>
          <w:tcPr>
            <w:tcW w:w="5040" w:type="dxa"/>
            <w:shd w:val="clear" w:color="auto" w:fill="D9EAF7"/>
            <w:tcMar>
              <w:top w:w="55" w:type="dxa"/>
              <w:left w:w="80" w:type="dxa"/>
              <w:bottom w:w="55" w:type="dxa"/>
              <w:right w:w="80" w:type="dxa"/>
            </w:tcMar>
            <w:vAlign w:val="center"/>
          </w:tcPr>
          <w:p w:rsidR="00376926" w:rsidRDefault="00B96DC9">
            <w:pPr>
              <w:spacing w:after="0"/>
            </w:pPr>
            <w:r>
              <w:rPr>
                <w:b/>
              </w:rPr>
              <w:t>Unit/Flat No.</w:t>
            </w:r>
          </w:p>
        </w:tc>
        <w:tc>
          <w:tcPr>
            <w:tcW w:w="5040" w:type="dxa"/>
            <w:tcMar>
              <w:top w:w="55" w:type="dxa"/>
              <w:left w:w="80" w:type="dxa"/>
              <w:bottom w:w="55" w:type="dxa"/>
              <w:right w:w="80" w:type="dxa"/>
            </w:tcMar>
            <w:vAlign w:val="center"/>
          </w:tcPr>
          <w:p w:rsidR="00376926" w:rsidRDefault="00B96DC9">
            <w:pPr>
              <w:spacing w:after="0"/>
            </w:pPr>
            <w:r>
              <w:t>____________________________</w:t>
            </w:r>
          </w:p>
        </w:tc>
      </w:tr>
      <w:tr w:rsidR="00376926">
        <w:trPr>
          <w:jc w:val="center"/>
        </w:trPr>
        <w:tc>
          <w:tcPr>
            <w:tcW w:w="5040" w:type="dxa"/>
            <w:shd w:val="clear" w:color="auto" w:fill="D9EAF7"/>
            <w:tcMar>
              <w:top w:w="55" w:type="dxa"/>
              <w:left w:w="80" w:type="dxa"/>
              <w:bottom w:w="55" w:type="dxa"/>
              <w:right w:w="80" w:type="dxa"/>
            </w:tcMar>
            <w:vAlign w:val="center"/>
          </w:tcPr>
          <w:p w:rsidR="00376926" w:rsidRDefault="00B96DC9">
            <w:pPr>
              <w:spacing w:after="0"/>
            </w:pPr>
            <w:r>
              <w:rPr>
                <w:b/>
              </w:rPr>
              <w:t>Type</w:t>
            </w:r>
          </w:p>
        </w:tc>
        <w:tc>
          <w:tcPr>
            <w:tcW w:w="5040" w:type="dxa"/>
            <w:tcMar>
              <w:top w:w="55" w:type="dxa"/>
              <w:left w:w="80" w:type="dxa"/>
              <w:bottom w:w="55" w:type="dxa"/>
              <w:right w:w="80" w:type="dxa"/>
            </w:tcMar>
            <w:vAlign w:val="center"/>
          </w:tcPr>
          <w:p w:rsidR="00376926" w:rsidRDefault="00B96DC9">
            <w:pPr>
              <w:spacing w:after="0"/>
            </w:pPr>
            <w:r>
              <w:t>____________________________</w:t>
            </w:r>
          </w:p>
        </w:tc>
      </w:tr>
      <w:tr w:rsidR="00376926">
        <w:trPr>
          <w:jc w:val="center"/>
        </w:trPr>
        <w:tc>
          <w:tcPr>
            <w:tcW w:w="5040" w:type="dxa"/>
            <w:shd w:val="clear" w:color="auto" w:fill="D9EAF7"/>
            <w:tcMar>
              <w:top w:w="55" w:type="dxa"/>
              <w:left w:w="80" w:type="dxa"/>
              <w:bottom w:w="55" w:type="dxa"/>
              <w:right w:w="80" w:type="dxa"/>
            </w:tcMar>
            <w:vAlign w:val="center"/>
          </w:tcPr>
          <w:p w:rsidR="00376926" w:rsidRDefault="00B96DC9">
            <w:pPr>
              <w:spacing w:after="0"/>
            </w:pPr>
            <w:r>
              <w:rPr>
                <w:b/>
              </w:rPr>
              <w:t>Block</w:t>
            </w:r>
          </w:p>
        </w:tc>
        <w:tc>
          <w:tcPr>
            <w:tcW w:w="5040" w:type="dxa"/>
            <w:tcMar>
              <w:top w:w="55" w:type="dxa"/>
              <w:left w:w="80" w:type="dxa"/>
              <w:bottom w:w="55" w:type="dxa"/>
              <w:right w:w="80" w:type="dxa"/>
            </w:tcMar>
            <w:vAlign w:val="center"/>
          </w:tcPr>
          <w:p w:rsidR="00376926" w:rsidRDefault="00B96DC9">
            <w:pPr>
              <w:spacing w:after="0"/>
            </w:pPr>
            <w:r>
              <w:t>____________________________</w:t>
            </w:r>
          </w:p>
        </w:tc>
      </w:tr>
      <w:tr w:rsidR="00376926">
        <w:trPr>
          <w:jc w:val="center"/>
        </w:trPr>
        <w:tc>
          <w:tcPr>
            <w:tcW w:w="5040" w:type="dxa"/>
            <w:shd w:val="clear" w:color="auto" w:fill="D9EAF7"/>
            <w:tcMar>
              <w:top w:w="55" w:type="dxa"/>
              <w:left w:w="80" w:type="dxa"/>
              <w:bottom w:w="55" w:type="dxa"/>
              <w:right w:w="80" w:type="dxa"/>
            </w:tcMar>
            <w:vAlign w:val="center"/>
          </w:tcPr>
          <w:p w:rsidR="00376926" w:rsidRDefault="00B96DC9">
            <w:pPr>
              <w:spacing w:after="0"/>
            </w:pPr>
            <w:r>
              <w:rPr>
                <w:b/>
              </w:rPr>
              <w:t>Booking/File No.</w:t>
            </w:r>
          </w:p>
        </w:tc>
        <w:tc>
          <w:tcPr>
            <w:tcW w:w="5040" w:type="dxa"/>
            <w:tcMar>
              <w:top w:w="55" w:type="dxa"/>
              <w:left w:w="80" w:type="dxa"/>
              <w:bottom w:w="55" w:type="dxa"/>
              <w:right w:w="80" w:type="dxa"/>
            </w:tcMar>
            <w:vAlign w:val="center"/>
          </w:tcPr>
          <w:p w:rsidR="00376926" w:rsidRDefault="00B96DC9">
            <w:pPr>
              <w:spacing w:after="0"/>
            </w:pPr>
            <w:r>
              <w:t>____________________________</w:t>
            </w:r>
          </w:p>
        </w:tc>
      </w:tr>
      <w:tr w:rsidR="00376926">
        <w:trPr>
          <w:jc w:val="center"/>
        </w:trPr>
        <w:tc>
          <w:tcPr>
            <w:tcW w:w="5040" w:type="dxa"/>
            <w:shd w:val="clear" w:color="auto" w:fill="D9EAF7"/>
            <w:tcMar>
              <w:top w:w="55" w:type="dxa"/>
              <w:left w:w="80" w:type="dxa"/>
              <w:bottom w:w="55" w:type="dxa"/>
              <w:right w:w="80" w:type="dxa"/>
            </w:tcMar>
            <w:vAlign w:val="center"/>
          </w:tcPr>
          <w:p w:rsidR="00376926" w:rsidRDefault="00B96DC9">
            <w:pPr>
              <w:spacing w:after="0"/>
            </w:pPr>
            <w:r>
              <w:rPr>
                <w:b/>
              </w:rPr>
              <w:t>Total Amount Paid</w:t>
            </w:r>
          </w:p>
        </w:tc>
        <w:tc>
          <w:tcPr>
            <w:tcW w:w="5040" w:type="dxa"/>
            <w:tcMar>
              <w:top w:w="55" w:type="dxa"/>
              <w:left w:w="80" w:type="dxa"/>
              <w:bottom w:w="55" w:type="dxa"/>
              <w:right w:w="80" w:type="dxa"/>
            </w:tcMar>
            <w:vAlign w:val="center"/>
          </w:tcPr>
          <w:p w:rsidR="00376926" w:rsidRDefault="00B96DC9">
            <w:pPr>
              <w:spacing w:after="0"/>
            </w:pPr>
            <w:r>
              <w:t>Rs. __</w:t>
            </w:r>
            <w:r>
              <w:t>________________ /- (Rupees __________________________________________ only)</w:t>
            </w:r>
          </w:p>
        </w:tc>
      </w:tr>
    </w:tbl>
    <w:p w:rsidR="00376926" w:rsidRDefault="00B96DC9">
      <w:pPr>
        <w:jc w:val="both"/>
      </w:pPr>
      <w:r>
        <w:t>Due to personal reasons, I requested cancellation of the above-mentioned booking. I hereby acknowledge, confirm and declare as follows:</w:t>
      </w:r>
    </w:p>
    <w:p w:rsidR="00376926" w:rsidRDefault="00B96DC9">
      <w:pPr>
        <w:pStyle w:val="ListNumber"/>
        <w:spacing w:after="60"/>
        <w:ind w:left="403" w:hanging="259"/>
        <w:jc w:val="both"/>
      </w:pPr>
      <w:r>
        <w:t>TAP Builders has accepted and processed my</w:t>
      </w:r>
      <w:r>
        <w:t xml:space="preserve"> cancellation request in accordance with the applicable booking terms and conditions and the Company's cancellation policy.</w:t>
      </w:r>
    </w:p>
    <w:p w:rsidR="00376926" w:rsidRDefault="00B96DC9">
      <w:pPr>
        <w:pStyle w:val="ListNumber"/>
        <w:spacing w:after="60"/>
        <w:ind w:left="403" w:hanging="259"/>
        <w:jc w:val="both"/>
      </w:pPr>
      <w:r>
        <w:t>The refund has been calculated as follows: applicable cancellation charges of Rs. __________________ /- and other mutually agreed de</w:t>
      </w:r>
      <w:r>
        <w:t>ductions, if any, of Rs. __________________ /- have been deducted from the total amount paid, leaving a net refundable amount of Rs. __________________ /- (Rupees ______________________________________________ only).</w:t>
      </w:r>
    </w:p>
    <w:p w:rsidR="00376926" w:rsidRDefault="00B96DC9">
      <w:pPr>
        <w:pStyle w:val="ListNumber"/>
        <w:spacing w:after="60"/>
        <w:ind w:left="403" w:hanging="259"/>
        <w:jc w:val="both"/>
      </w:pPr>
      <w:r>
        <w:t>I have no objection to the deduction of</w:t>
      </w:r>
      <w:r>
        <w:t xml:space="preserve"> the applicable cancellation charges and any other deductions expressly stated and agreed above.</w:t>
      </w:r>
    </w:p>
    <w:p w:rsidR="00376926" w:rsidRDefault="00B96DC9">
      <w:pPr>
        <w:pStyle w:val="ListNumber"/>
        <w:spacing w:after="60"/>
        <w:ind w:left="403" w:hanging="259"/>
        <w:jc w:val="both"/>
      </w:pPr>
      <w:r>
        <w:t>I acknowledge receipt of the net refundable amount through Cheque / Pay Order / Bank Transfer / Other: ______________________________, Instrument/Transaction N</w:t>
      </w:r>
      <w:r>
        <w:t>o. ______________________________, dated __________________, drawn on / transferred through ______________________________. Where payment is made by cheque, pay order or bank transfer, this acknowledgement shall become effective only upon successful realiz</w:t>
      </w:r>
      <w:r>
        <w:t>ation or credit of the full net refundable amount.</w:t>
      </w:r>
    </w:p>
    <w:p w:rsidR="00376926" w:rsidRDefault="00B96DC9">
      <w:pPr>
        <w:pStyle w:val="ListNumber"/>
        <w:spacing w:after="60"/>
        <w:ind w:left="403" w:hanging="259"/>
        <w:jc w:val="both"/>
      </w:pPr>
      <w:r>
        <w:t>Upon successful realization or credit of the full net refundable amount, the said payment shall constitute full and final settlement of all monetary claims and dues arising from or relating to the cancelle</w:t>
      </w:r>
      <w:r>
        <w:t>d booking of the above Unit/Flat.</w:t>
      </w:r>
    </w:p>
    <w:p w:rsidR="00376926" w:rsidRDefault="00B96DC9">
      <w:pPr>
        <w:pStyle w:val="ListNumber"/>
        <w:spacing w:after="60"/>
        <w:ind w:left="403" w:hanging="259"/>
        <w:jc w:val="both"/>
      </w:pPr>
      <w:r>
        <w:t>After such realization or credit, I shall have no further claim for refund, compensation, profit, markup, damages or any other amount against TAP Builders in respect of the cancelled Unit/Flat.</w:t>
      </w:r>
    </w:p>
    <w:p w:rsidR="00376926" w:rsidRDefault="00B96DC9">
      <w:pPr>
        <w:pStyle w:val="ListNumber"/>
        <w:spacing w:after="60"/>
        <w:ind w:left="403" w:hanging="259"/>
        <w:jc w:val="both"/>
      </w:pPr>
      <w:r>
        <w:t>I confirm that I have not so</w:t>
      </w:r>
      <w:r>
        <w:t>ld, assigned, transferred, pledged or otherwise created any third-party right or interest in the cancelled Unit/Flat.</w:t>
      </w:r>
    </w:p>
    <w:p w:rsidR="00376926" w:rsidRDefault="00B96DC9">
      <w:pPr>
        <w:pStyle w:val="ListNumber"/>
        <w:spacing w:after="60"/>
        <w:ind w:left="403" w:hanging="259"/>
        <w:jc w:val="both"/>
      </w:pPr>
      <w:r>
        <w:t>I confirm that the original booking/allotment file, original payment receipts and all other original documents relating to the cancelled b</w:t>
      </w:r>
      <w:r>
        <w:t>ooking have been returned to TAP Builders. Any photocopy or scanned copy remaining with me shall not be used to assert any right or claim against the cancelled booking.</w:t>
      </w:r>
    </w:p>
    <w:p w:rsidR="00376926" w:rsidRDefault="00B96DC9">
      <w:pPr>
        <w:pStyle w:val="ListNumber"/>
        <w:spacing w:after="60"/>
        <w:ind w:left="403" w:hanging="259"/>
        <w:jc w:val="both"/>
      </w:pPr>
      <w:r>
        <w:t>Where any complaint, claim, suit or other proceeding concerning the cancelled booking h</w:t>
      </w:r>
      <w:r>
        <w:t>as been initiated by me, I shall, after realization of the full refund, take all lawful steps required to record the settlement and seek disposal or withdrawal of such proceeding, as applicable.</w:t>
      </w:r>
    </w:p>
    <w:p w:rsidR="00376926" w:rsidRDefault="00B96DC9">
      <w:pPr>
        <w:pStyle w:val="ListNumber"/>
        <w:spacing w:after="60"/>
        <w:ind w:left="403" w:hanging="259"/>
        <w:jc w:val="both"/>
      </w:pPr>
      <w:r>
        <w:lastRenderedPageBreak/>
        <w:t>I have read and understood this acknowledgement and execute i</w:t>
      </w:r>
      <w:r>
        <w:t>t voluntarily, with full consent and without any pressure, coercion, misrepresentation or undue influence.</w:t>
      </w:r>
    </w:p>
    <w:p w:rsidR="00376926" w:rsidRDefault="00B96DC9">
      <w:r>
        <w:t>Yours sincerely,</w:t>
      </w:r>
    </w:p>
    <w:tbl>
      <w:tblPr>
        <w:tblStyle w:val="TableGrid"/>
        <w:tblW w:w="0" w:type="auto"/>
        <w:jc w:val="center"/>
        <w:tblLayout w:type="fixed"/>
        <w:tblLook w:val="04A0" w:firstRow="1" w:lastRow="0" w:firstColumn="1" w:lastColumn="0" w:noHBand="0" w:noVBand="1"/>
      </w:tblPr>
      <w:tblGrid>
        <w:gridCol w:w="5040"/>
        <w:gridCol w:w="5040"/>
      </w:tblGrid>
      <w:tr w:rsidR="00376926">
        <w:trPr>
          <w:jc w:val="center"/>
        </w:trPr>
        <w:tc>
          <w:tcPr>
            <w:tcW w:w="5040" w:type="dxa"/>
            <w:shd w:val="clear" w:color="auto" w:fill="D9EAF7"/>
            <w:tcMar>
              <w:top w:w="55" w:type="dxa"/>
              <w:left w:w="80" w:type="dxa"/>
              <w:bottom w:w="55" w:type="dxa"/>
              <w:right w:w="80" w:type="dxa"/>
            </w:tcMar>
          </w:tcPr>
          <w:p w:rsidR="00376926" w:rsidRDefault="00B96DC9">
            <w:pPr>
              <w:spacing w:after="0"/>
            </w:pPr>
            <w:r>
              <w:rPr>
                <w:b/>
              </w:rPr>
              <w:t>Name</w:t>
            </w:r>
          </w:p>
        </w:tc>
        <w:tc>
          <w:tcPr>
            <w:tcW w:w="5040" w:type="dxa"/>
            <w:tcMar>
              <w:top w:w="55" w:type="dxa"/>
              <w:left w:w="80" w:type="dxa"/>
              <w:bottom w:w="55" w:type="dxa"/>
              <w:right w:w="80" w:type="dxa"/>
            </w:tcMar>
          </w:tcPr>
          <w:p w:rsidR="00376926" w:rsidRDefault="00B96DC9">
            <w:pPr>
              <w:spacing w:after="0"/>
            </w:pPr>
            <w:r>
              <w:t>____________________________________________</w:t>
            </w:r>
          </w:p>
        </w:tc>
      </w:tr>
      <w:tr w:rsidR="00376926">
        <w:trPr>
          <w:jc w:val="center"/>
        </w:trPr>
        <w:tc>
          <w:tcPr>
            <w:tcW w:w="5040" w:type="dxa"/>
            <w:shd w:val="clear" w:color="auto" w:fill="D9EAF7"/>
            <w:tcMar>
              <w:top w:w="55" w:type="dxa"/>
              <w:left w:w="80" w:type="dxa"/>
              <w:bottom w:w="55" w:type="dxa"/>
              <w:right w:w="80" w:type="dxa"/>
            </w:tcMar>
          </w:tcPr>
          <w:p w:rsidR="00376926" w:rsidRDefault="00B96DC9">
            <w:pPr>
              <w:spacing w:after="0"/>
            </w:pPr>
            <w:r>
              <w:rPr>
                <w:b/>
              </w:rPr>
              <w:t>CNIC No.</w:t>
            </w:r>
          </w:p>
        </w:tc>
        <w:tc>
          <w:tcPr>
            <w:tcW w:w="5040" w:type="dxa"/>
            <w:tcMar>
              <w:top w:w="55" w:type="dxa"/>
              <w:left w:w="80" w:type="dxa"/>
              <w:bottom w:w="55" w:type="dxa"/>
              <w:right w:w="80" w:type="dxa"/>
            </w:tcMar>
          </w:tcPr>
          <w:p w:rsidR="00376926" w:rsidRDefault="00B96DC9">
            <w:pPr>
              <w:spacing w:after="0"/>
            </w:pPr>
            <w:r>
              <w:t>____________________________________________</w:t>
            </w:r>
          </w:p>
        </w:tc>
      </w:tr>
      <w:tr w:rsidR="00376926">
        <w:trPr>
          <w:jc w:val="center"/>
        </w:trPr>
        <w:tc>
          <w:tcPr>
            <w:tcW w:w="5040" w:type="dxa"/>
            <w:shd w:val="clear" w:color="auto" w:fill="D9EAF7"/>
            <w:tcMar>
              <w:top w:w="55" w:type="dxa"/>
              <w:left w:w="80" w:type="dxa"/>
              <w:bottom w:w="55" w:type="dxa"/>
              <w:right w:w="80" w:type="dxa"/>
            </w:tcMar>
          </w:tcPr>
          <w:p w:rsidR="00376926" w:rsidRDefault="00B96DC9">
            <w:pPr>
              <w:spacing w:after="0"/>
            </w:pPr>
            <w:r>
              <w:rPr>
                <w:b/>
              </w:rPr>
              <w:t>Contact No.</w:t>
            </w:r>
          </w:p>
        </w:tc>
        <w:tc>
          <w:tcPr>
            <w:tcW w:w="5040" w:type="dxa"/>
            <w:tcMar>
              <w:top w:w="55" w:type="dxa"/>
              <w:left w:w="80" w:type="dxa"/>
              <w:bottom w:w="55" w:type="dxa"/>
              <w:right w:w="80" w:type="dxa"/>
            </w:tcMar>
          </w:tcPr>
          <w:p w:rsidR="00376926" w:rsidRDefault="00B96DC9">
            <w:pPr>
              <w:spacing w:after="0"/>
            </w:pPr>
            <w:r>
              <w:t>____________________________________________</w:t>
            </w:r>
          </w:p>
        </w:tc>
      </w:tr>
      <w:tr w:rsidR="00376926">
        <w:trPr>
          <w:jc w:val="center"/>
        </w:trPr>
        <w:tc>
          <w:tcPr>
            <w:tcW w:w="5040" w:type="dxa"/>
            <w:shd w:val="clear" w:color="auto" w:fill="D9EAF7"/>
            <w:tcMar>
              <w:top w:w="55" w:type="dxa"/>
              <w:left w:w="80" w:type="dxa"/>
              <w:bottom w:w="55" w:type="dxa"/>
              <w:right w:w="80" w:type="dxa"/>
            </w:tcMar>
          </w:tcPr>
          <w:p w:rsidR="00376926" w:rsidRDefault="00B96DC9">
            <w:pPr>
              <w:spacing w:after="0"/>
            </w:pPr>
            <w:r>
              <w:rPr>
                <w:b/>
              </w:rPr>
              <w:t>Address</w:t>
            </w:r>
          </w:p>
        </w:tc>
        <w:tc>
          <w:tcPr>
            <w:tcW w:w="5040" w:type="dxa"/>
            <w:tcMar>
              <w:top w:w="55" w:type="dxa"/>
              <w:left w:w="80" w:type="dxa"/>
              <w:bottom w:w="55" w:type="dxa"/>
              <w:right w:w="80" w:type="dxa"/>
            </w:tcMar>
          </w:tcPr>
          <w:p w:rsidR="00376926" w:rsidRDefault="00B96DC9">
            <w:pPr>
              <w:spacing w:after="0"/>
            </w:pPr>
            <w:r>
              <w:t>____________________________________________</w:t>
            </w:r>
          </w:p>
        </w:tc>
      </w:tr>
      <w:tr w:rsidR="00376926">
        <w:trPr>
          <w:jc w:val="center"/>
        </w:trPr>
        <w:tc>
          <w:tcPr>
            <w:tcW w:w="5040" w:type="dxa"/>
            <w:shd w:val="clear" w:color="auto" w:fill="D9EAF7"/>
            <w:tcMar>
              <w:top w:w="55" w:type="dxa"/>
              <w:left w:w="80" w:type="dxa"/>
              <w:bottom w:w="55" w:type="dxa"/>
              <w:right w:w="80" w:type="dxa"/>
            </w:tcMar>
          </w:tcPr>
          <w:p w:rsidR="00376926" w:rsidRDefault="00B96DC9">
            <w:pPr>
              <w:spacing w:after="0"/>
            </w:pPr>
            <w:r>
              <w:rPr>
                <w:b/>
              </w:rPr>
              <w:t>Signature</w:t>
            </w:r>
          </w:p>
        </w:tc>
        <w:tc>
          <w:tcPr>
            <w:tcW w:w="5040" w:type="dxa"/>
            <w:tcMar>
              <w:top w:w="55" w:type="dxa"/>
              <w:left w:w="80" w:type="dxa"/>
              <w:bottom w:w="55" w:type="dxa"/>
              <w:right w:w="80" w:type="dxa"/>
            </w:tcMar>
          </w:tcPr>
          <w:p w:rsidR="00376926" w:rsidRDefault="00B96DC9">
            <w:pPr>
              <w:spacing w:after="0"/>
            </w:pPr>
            <w:r>
              <w:t>____________________________________________</w:t>
            </w:r>
          </w:p>
        </w:tc>
      </w:tr>
      <w:tr w:rsidR="00376926">
        <w:trPr>
          <w:jc w:val="center"/>
        </w:trPr>
        <w:tc>
          <w:tcPr>
            <w:tcW w:w="5040" w:type="dxa"/>
            <w:shd w:val="clear" w:color="auto" w:fill="D9EAF7"/>
            <w:tcMar>
              <w:top w:w="55" w:type="dxa"/>
              <w:left w:w="80" w:type="dxa"/>
              <w:bottom w:w="55" w:type="dxa"/>
              <w:right w:w="80" w:type="dxa"/>
            </w:tcMar>
          </w:tcPr>
          <w:p w:rsidR="00376926" w:rsidRDefault="00B96DC9">
            <w:pPr>
              <w:spacing w:after="0"/>
            </w:pPr>
            <w:r>
              <w:rPr>
                <w:b/>
              </w:rPr>
              <w:t>Thumb Impression</w:t>
            </w:r>
          </w:p>
        </w:tc>
        <w:tc>
          <w:tcPr>
            <w:tcW w:w="5040" w:type="dxa"/>
            <w:tcMar>
              <w:top w:w="55" w:type="dxa"/>
              <w:left w:w="80" w:type="dxa"/>
              <w:bottom w:w="55" w:type="dxa"/>
              <w:right w:w="80" w:type="dxa"/>
            </w:tcMar>
          </w:tcPr>
          <w:p w:rsidR="00376926" w:rsidRDefault="00B96DC9">
            <w:pPr>
              <w:spacing w:after="0"/>
            </w:pPr>
            <w:r>
              <w:t>____________________________________________</w:t>
            </w:r>
          </w:p>
        </w:tc>
      </w:tr>
    </w:tbl>
    <w:p w:rsidR="00376926" w:rsidRDefault="00B96DC9">
      <w:r>
        <w:rPr>
          <w:b/>
        </w:rPr>
        <w:t xml:space="preserve">Joint Applicant/Co-Allottee, if </w:t>
      </w:r>
      <w:r>
        <w:rPr>
          <w:b/>
        </w:rPr>
        <w:t>applicable:</w:t>
      </w:r>
    </w:p>
    <w:p w:rsidR="00376926" w:rsidRDefault="00B96DC9">
      <w:r>
        <w:t>Name: __________________________  CNIC No.: __________________________  Signature: __________________________</w:t>
      </w:r>
    </w:p>
    <w:p w:rsidR="00376926" w:rsidRDefault="00B96DC9">
      <w:r>
        <w:rPr>
          <w:b/>
        </w:rPr>
        <w:t>Witnesses:</w:t>
      </w:r>
    </w:p>
    <w:tbl>
      <w:tblPr>
        <w:tblStyle w:val="TableGrid"/>
        <w:tblW w:w="0" w:type="auto"/>
        <w:jc w:val="center"/>
        <w:tblLook w:val="04A0" w:firstRow="1" w:lastRow="0" w:firstColumn="1" w:lastColumn="0" w:noHBand="0" w:noVBand="1"/>
      </w:tblPr>
      <w:tblGrid>
        <w:gridCol w:w="2520"/>
        <w:gridCol w:w="2520"/>
        <w:gridCol w:w="2520"/>
        <w:gridCol w:w="2520"/>
      </w:tblGrid>
      <w:tr w:rsidR="00376926">
        <w:trPr>
          <w:jc w:val="center"/>
        </w:trPr>
        <w:tc>
          <w:tcPr>
            <w:tcW w:w="2520" w:type="dxa"/>
            <w:shd w:val="clear" w:color="auto" w:fill="5B9BD5"/>
          </w:tcPr>
          <w:p w:rsidR="00376926" w:rsidRDefault="00B96DC9">
            <w:pPr>
              <w:jc w:val="center"/>
            </w:pPr>
            <w:r>
              <w:rPr>
                <w:b/>
                <w:color w:val="FFFFFF"/>
              </w:rPr>
              <w:t>Witness</w:t>
            </w:r>
          </w:p>
        </w:tc>
        <w:tc>
          <w:tcPr>
            <w:tcW w:w="2520" w:type="dxa"/>
            <w:shd w:val="clear" w:color="auto" w:fill="5B9BD5"/>
          </w:tcPr>
          <w:p w:rsidR="00376926" w:rsidRDefault="00B96DC9">
            <w:pPr>
              <w:jc w:val="center"/>
            </w:pPr>
            <w:r>
              <w:rPr>
                <w:b/>
                <w:color w:val="FFFFFF"/>
              </w:rPr>
              <w:t>Name</w:t>
            </w:r>
          </w:p>
        </w:tc>
        <w:tc>
          <w:tcPr>
            <w:tcW w:w="2520" w:type="dxa"/>
            <w:shd w:val="clear" w:color="auto" w:fill="5B9BD5"/>
          </w:tcPr>
          <w:p w:rsidR="00376926" w:rsidRDefault="00B96DC9">
            <w:pPr>
              <w:jc w:val="center"/>
            </w:pPr>
            <w:r>
              <w:rPr>
                <w:b/>
                <w:color w:val="FFFFFF"/>
              </w:rPr>
              <w:t>CNIC No.</w:t>
            </w:r>
          </w:p>
        </w:tc>
        <w:tc>
          <w:tcPr>
            <w:tcW w:w="2520" w:type="dxa"/>
            <w:shd w:val="clear" w:color="auto" w:fill="5B9BD5"/>
          </w:tcPr>
          <w:p w:rsidR="00376926" w:rsidRDefault="00B96DC9">
            <w:pPr>
              <w:jc w:val="center"/>
            </w:pPr>
            <w:r>
              <w:rPr>
                <w:b/>
                <w:color w:val="FFFFFF"/>
              </w:rPr>
              <w:t>Signature</w:t>
            </w:r>
          </w:p>
        </w:tc>
      </w:tr>
      <w:tr w:rsidR="00376926">
        <w:trPr>
          <w:jc w:val="center"/>
        </w:trPr>
        <w:tc>
          <w:tcPr>
            <w:tcW w:w="2520" w:type="dxa"/>
          </w:tcPr>
          <w:p w:rsidR="00376926" w:rsidRDefault="00B96DC9">
            <w:pPr>
              <w:jc w:val="center"/>
            </w:pPr>
            <w:r>
              <w:t>1</w:t>
            </w:r>
          </w:p>
        </w:tc>
        <w:tc>
          <w:tcPr>
            <w:tcW w:w="2520" w:type="dxa"/>
          </w:tcPr>
          <w:p w:rsidR="00376926" w:rsidRDefault="00B96DC9">
            <w:pPr>
              <w:jc w:val="center"/>
            </w:pPr>
            <w:r>
              <w:t>____________________</w:t>
            </w:r>
          </w:p>
        </w:tc>
        <w:tc>
          <w:tcPr>
            <w:tcW w:w="2520" w:type="dxa"/>
          </w:tcPr>
          <w:p w:rsidR="00376926" w:rsidRDefault="00B96DC9">
            <w:pPr>
              <w:jc w:val="center"/>
            </w:pPr>
            <w:r>
              <w:t>____________________</w:t>
            </w:r>
          </w:p>
        </w:tc>
        <w:tc>
          <w:tcPr>
            <w:tcW w:w="2520" w:type="dxa"/>
          </w:tcPr>
          <w:p w:rsidR="00376926" w:rsidRDefault="00B96DC9">
            <w:pPr>
              <w:jc w:val="center"/>
            </w:pPr>
            <w:r>
              <w:t>____________________</w:t>
            </w:r>
          </w:p>
        </w:tc>
      </w:tr>
      <w:tr w:rsidR="00376926">
        <w:trPr>
          <w:jc w:val="center"/>
        </w:trPr>
        <w:tc>
          <w:tcPr>
            <w:tcW w:w="2520" w:type="dxa"/>
          </w:tcPr>
          <w:p w:rsidR="00376926" w:rsidRDefault="00B96DC9">
            <w:pPr>
              <w:jc w:val="center"/>
            </w:pPr>
            <w:r>
              <w:t>2</w:t>
            </w:r>
          </w:p>
        </w:tc>
        <w:tc>
          <w:tcPr>
            <w:tcW w:w="2520" w:type="dxa"/>
          </w:tcPr>
          <w:p w:rsidR="00376926" w:rsidRDefault="00B96DC9">
            <w:pPr>
              <w:jc w:val="center"/>
            </w:pPr>
            <w:r>
              <w:t>____________________</w:t>
            </w:r>
          </w:p>
        </w:tc>
        <w:tc>
          <w:tcPr>
            <w:tcW w:w="2520" w:type="dxa"/>
          </w:tcPr>
          <w:p w:rsidR="00376926" w:rsidRDefault="00B96DC9">
            <w:pPr>
              <w:jc w:val="center"/>
            </w:pPr>
            <w:r>
              <w:t>____________________</w:t>
            </w:r>
          </w:p>
        </w:tc>
        <w:tc>
          <w:tcPr>
            <w:tcW w:w="2520" w:type="dxa"/>
          </w:tcPr>
          <w:p w:rsidR="00376926" w:rsidRDefault="00B96DC9">
            <w:pPr>
              <w:jc w:val="center"/>
            </w:pPr>
            <w:r>
              <w:t>____________________</w:t>
            </w:r>
          </w:p>
        </w:tc>
      </w:tr>
    </w:tbl>
    <w:p w:rsidR="00376926" w:rsidRDefault="00B96DC9">
      <w:r>
        <w:rPr>
          <w:b/>
        </w:rPr>
        <w:t>For Official Use - TAP Builders</w:t>
      </w:r>
    </w:p>
    <w:tbl>
      <w:tblPr>
        <w:tblStyle w:val="TableGrid"/>
        <w:tblW w:w="0" w:type="auto"/>
        <w:jc w:val="center"/>
        <w:tblLook w:val="04A0" w:firstRow="1" w:lastRow="0" w:firstColumn="1" w:lastColumn="0" w:noHBand="0" w:noVBand="1"/>
      </w:tblPr>
      <w:tblGrid>
        <w:gridCol w:w="5040"/>
        <w:gridCol w:w="5040"/>
      </w:tblGrid>
      <w:tr w:rsidR="00376926">
        <w:trPr>
          <w:jc w:val="center"/>
        </w:trPr>
        <w:tc>
          <w:tcPr>
            <w:tcW w:w="5040" w:type="dxa"/>
            <w:shd w:val="clear" w:color="auto" w:fill="D9EAF7"/>
            <w:tcMar>
              <w:top w:w="55" w:type="dxa"/>
              <w:left w:w="80" w:type="dxa"/>
              <w:bottom w:w="55" w:type="dxa"/>
              <w:right w:w="80" w:type="dxa"/>
            </w:tcMar>
          </w:tcPr>
          <w:p w:rsidR="00376926" w:rsidRDefault="00B96DC9">
            <w:pPr>
              <w:spacing w:after="0"/>
            </w:pPr>
            <w:r>
              <w:rPr>
                <w:b/>
              </w:rPr>
              <w:t>Refund verified by</w:t>
            </w:r>
          </w:p>
        </w:tc>
        <w:tc>
          <w:tcPr>
            <w:tcW w:w="5040" w:type="dxa"/>
            <w:tcMar>
              <w:top w:w="55" w:type="dxa"/>
              <w:left w:w="80" w:type="dxa"/>
              <w:bottom w:w="55" w:type="dxa"/>
              <w:right w:w="80" w:type="dxa"/>
            </w:tcMar>
          </w:tcPr>
          <w:p w:rsidR="00376926" w:rsidRDefault="00B96DC9">
            <w:pPr>
              <w:spacing w:after="0"/>
            </w:pPr>
            <w:r>
              <w:t>Name/Designation: _________________________________</w:t>
            </w:r>
          </w:p>
        </w:tc>
      </w:tr>
      <w:tr w:rsidR="00376926">
        <w:trPr>
          <w:jc w:val="center"/>
        </w:trPr>
        <w:tc>
          <w:tcPr>
            <w:tcW w:w="5040" w:type="dxa"/>
            <w:shd w:val="clear" w:color="auto" w:fill="D9EAF7"/>
            <w:tcMar>
              <w:top w:w="55" w:type="dxa"/>
              <w:left w:w="80" w:type="dxa"/>
              <w:bottom w:w="55" w:type="dxa"/>
              <w:right w:w="80" w:type="dxa"/>
            </w:tcMar>
          </w:tcPr>
          <w:p w:rsidR="00376926" w:rsidRDefault="00B96DC9">
            <w:pPr>
              <w:spacing w:after="0"/>
            </w:pPr>
            <w:r>
              <w:rPr>
                <w:b/>
              </w:rPr>
              <w:t>Original documents received by</w:t>
            </w:r>
          </w:p>
        </w:tc>
        <w:tc>
          <w:tcPr>
            <w:tcW w:w="5040" w:type="dxa"/>
            <w:tcMar>
              <w:top w:w="55" w:type="dxa"/>
              <w:left w:w="80" w:type="dxa"/>
              <w:bottom w:w="55" w:type="dxa"/>
              <w:right w:w="80" w:type="dxa"/>
            </w:tcMar>
          </w:tcPr>
          <w:p w:rsidR="00376926" w:rsidRDefault="00B96DC9">
            <w:pPr>
              <w:spacing w:after="0"/>
            </w:pPr>
            <w:r>
              <w:t>Name/Designation: _________________________________</w:t>
            </w:r>
          </w:p>
        </w:tc>
      </w:tr>
      <w:tr w:rsidR="00376926">
        <w:trPr>
          <w:jc w:val="center"/>
        </w:trPr>
        <w:tc>
          <w:tcPr>
            <w:tcW w:w="5040" w:type="dxa"/>
            <w:shd w:val="clear" w:color="auto" w:fill="D9EAF7"/>
            <w:tcMar>
              <w:top w:w="55" w:type="dxa"/>
              <w:left w:w="80" w:type="dxa"/>
              <w:bottom w:w="55" w:type="dxa"/>
              <w:right w:w="80" w:type="dxa"/>
            </w:tcMar>
          </w:tcPr>
          <w:p w:rsidR="00376926" w:rsidRDefault="00B96DC9">
            <w:pPr>
              <w:spacing w:after="0"/>
            </w:pPr>
            <w:r>
              <w:rPr>
                <w:b/>
              </w:rPr>
              <w:t xml:space="preserve">Authorized signature and </w:t>
            </w:r>
            <w:r>
              <w:rPr>
                <w:b/>
              </w:rPr>
              <w:t>date</w:t>
            </w:r>
          </w:p>
        </w:tc>
        <w:tc>
          <w:tcPr>
            <w:tcW w:w="5040" w:type="dxa"/>
            <w:tcMar>
              <w:top w:w="55" w:type="dxa"/>
              <w:left w:w="80" w:type="dxa"/>
              <w:bottom w:w="55" w:type="dxa"/>
              <w:right w:w="80" w:type="dxa"/>
            </w:tcMar>
          </w:tcPr>
          <w:p w:rsidR="00376926" w:rsidRDefault="00B96DC9">
            <w:pPr>
              <w:spacing w:after="0"/>
            </w:pPr>
            <w:r>
              <w:t>Signature: __________________  Date: ______________</w:t>
            </w:r>
          </w:p>
        </w:tc>
      </w:tr>
    </w:tbl>
    <w:p w:rsidR="00376926" w:rsidRDefault="00B96DC9">
      <w:pPr>
        <w:jc w:val="center"/>
      </w:pPr>
      <w:r>
        <w:rPr>
          <w:sz w:val="18"/>
        </w:rPr>
        <w:t>Attachments: Copy of CNIC, refund instrument/transaction proof, payment reconciliation, and list of original documents returned.</w:t>
      </w:r>
    </w:p>
    <w:sectPr w:rsidR="00376926"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6926"/>
    <w:rsid w:val="00AA1D8D"/>
    <w:rsid w:val="00B47730"/>
    <w:rsid w:val="00B96DC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47E6044-D610-4820-B13C-B372B8E6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00" w:line="252"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1178A-4B25-44DC-9A16-5010B56E1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KARAKORUM</cp:lastModifiedBy>
  <cp:revision>2</cp:revision>
  <dcterms:created xsi:type="dcterms:W3CDTF">2013-12-23T23:15:00Z</dcterms:created>
  <dcterms:modified xsi:type="dcterms:W3CDTF">2026-07-28T11:23:00Z</dcterms:modified>
  <cp:category/>
</cp:coreProperties>
</file>