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1A65" w:rsidRDefault="002545A9">
      <w:pPr>
        <w:jc w:val="right"/>
      </w:pPr>
      <w:r>
        <w:rPr>
          <w:b/>
        </w:rPr>
        <w:t>Date: __________________</w:t>
      </w:r>
    </w:p>
    <w:p w:rsidR="00C31A65" w:rsidRDefault="002545A9">
      <w:r>
        <w:rPr>
          <w:b/>
        </w:rPr>
        <w:t>TAP BUILDERS</w:t>
      </w:r>
      <w:r>
        <w:rPr>
          <w:b/>
        </w:rPr>
        <w:br/>
      </w:r>
      <w:r>
        <w:t>PLOT NO. FL-4, SECTOR 4-A,</w:t>
      </w:r>
      <w:r>
        <w:br/>
        <w:t>SURJANI TOWN,</w:t>
      </w:r>
      <w:r>
        <w:br/>
        <w:t>KARACHI.</w:t>
      </w:r>
    </w:p>
    <w:p w:rsidR="00C31A65" w:rsidRDefault="002545A9">
      <w:pPr>
        <w:jc w:val="center"/>
      </w:pPr>
      <w:r>
        <w:rPr>
          <w:b/>
          <w:sz w:val="18"/>
        </w:rPr>
        <w:t xml:space="preserve">TO BE EXECUTED ON NON-JUDICIAL STAMP PAPER </w:t>
      </w:r>
      <w:bookmarkStart w:id="0" w:name="_GoBack"/>
      <w:bookmarkEnd w:id="0"/>
    </w:p>
    <w:p w:rsidR="00C31A65" w:rsidRDefault="002545A9">
      <w:pPr>
        <w:jc w:val="center"/>
      </w:pPr>
      <w:r>
        <w:rPr>
          <w:b/>
          <w:sz w:val="22"/>
          <w:u w:val="single"/>
        </w:rPr>
        <w:t>SUBJECT: REQUEST AND UNDERTAKING FOR CHANGE OF BLOCK/LOCATION OF BOOKED UNIT/FLAT</w:t>
      </w:r>
    </w:p>
    <w:p w:rsidR="00C31A65" w:rsidRDefault="002545A9">
      <w:pPr>
        <w:jc w:val="both"/>
      </w:pPr>
      <w:r>
        <w:t xml:space="preserve">I, </w:t>
      </w:r>
      <w:r>
        <w:rPr>
          <w:u w:val="single"/>
        </w:rPr>
        <w:t>______________________________</w:t>
      </w:r>
      <w:r>
        <w:t xml:space="preserve">, S/O / D/O / W/O </w:t>
      </w:r>
      <w:r>
        <w:rPr>
          <w:u w:val="single"/>
        </w:rPr>
        <w:t>______________________________</w:t>
      </w:r>
      <w:r>
        <w:t xml:space="preserve">, holding CNIC No. </w:t>
      </w:r>
      <w:r>
        <w:rPr>
          <w:u w:val="single"/>
        </w:rPr>
        <w:t>______________________________</w:t>
      </w:r>
      <w:r>
        <w:t xml:space="preserve">, and residing at </w:t>
      </w:r>
      <w:r>
        <w:rPr>
          <w:u w:val="single"/>
        </w:rPr>
        <w:t>______________________________________________________________</w:t>
      </w:r>
      <w:r>
        <w:t>, had booked the following unit/flat in your proj</w:t>
      </w:r>
      <w:r>
        <w:t>ect "FAIZ RESIDENCY", located at Plot No. FL-4, Sector 4-A, Surjani Town, Karachi:</w:t>
      </w:r>
    </w:p>
    <w:p w:rsidR="00C31A65" w:rsidRDefault="002545A9">
      <w:r>
        <w:rPr>
          <w:b/>
        </w:rPr>
        <w:t>Existing Booking Details:</w:t>
      </w:r>
    </w:p>
    <w:tbl>
      <w:tblPr>
        <w:tblStyle w:val="TableGrid"/>
        <w:tblW w:w="0" w:type="auto"/>
        <w:jc w:val="center"/>
        <w:tblLayout w:type="fixed"/>
        <w:tblLook w:val="04A0" w:firstRow="1" w:lastRow="0" w:firstColumn="1" w:lastColumn="0" w:noHBand="0" w:noVBand="1"/>
      </w:tblPr>
      <w:tblGrid>
        <w:gridCol w:w="5040"/>
        <w:gridCol w:w="5040"/>
      </w:tblGrid>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Existing Unit/Flat No.</w:t>
            </w:r>
          </w:p>
        </w:tc>
        <w:tc>
          <w:tcPr>
            <w:tcW w:w="5040" w:type="dxa"/>
            <w:tcMar>
              <w:top w:w="35" w:type="dxa"/>
              <w:left w:w="60" w:type="dxa"/>
              <w:bottom w:w="35" w:type="dxa"/>
              <w:right w:w="60" w:type="dxa"/>
            </w:tcMar>
            <w:vAlign w:val="center"/>
          </w:tcPr>
          <w:p w:rsidR="00C31A65" w:rsidRDefault="002545A9">
            <w:pPr>
              <w:spacing w:after="0"/>
            </w:pPr>
            <w:r>
              <w:t>____________________________</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Type</w:t>
            </w:r>
          </w:p>
        </w:tc>
        <w:tc>
          <w:tcPr>
            <w:tcW w:w="5040" w:type="dxa"/>
            <w:tcMar>
              <w:top w:w="35" w:type="dxa"/>
              <w:left w:w="60" w:type="dxa"/>
              <w:bottom w:w="35" w:type="dxa"/>
              <w:right w:w="60" w:type="dxa"/>
            </w:tcMar>
            <w:vAlign w:val="center"/>
          </w:tcPr>
          <w:p w:rsidR="00C31A65" w:rsidRDefault="002545A9">
            <w:pPr>
              <w:spacing w:after="0"/>
            </w:pPr>
            <w:r>
              <w:t>____________________________</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Block</w:t>
            </w:r>
          </w:p>
        </w:tc>
        <w:tc>
          <w:tcPr>
            <w:tcW w:w="5040" w:type="dxa"/>
            <w:tcMar>
              <w:top w:w="35" w:type="dxa"/>
              <w:left w:w="60" w:type="dxa"/>
              <w:bottom w:w="35" w:type="dxa"/>
              <w:right w:w="60" w:type="dxa"/>
            </w:tcMar>
            <w:vAlign w:val="center"/>
          </w:tcPr>
          <w:p w:rsidR="00C31A65" w:rsidRDefault="002545A9">
            <w:pPr>
              <w:spacing w:after="0"/>
            </w:pPr>
            <w:r>
              <w:t>____________________________</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Floor/Location</w:t>
            </w:r>
          </w:p>
        </w:tc>
        <w:tc>
          <w:tcPr>
            <w:tcW w:w="5040" w:type="dxa"/>
            <w:tcMar>
              <w:top w:w="35" w:type="dxa"/>
              <w:left w:w="60" w:type="dxa"/>
              <w:bottom w:w="35" w:type="dxa"/>
              <w:right w:w="60" w:type="dxa"/>
            </w:tcMar>
            <w:vAlign w:val="center"/>
          </w:tcPr>
          <w:p w:rsidR="00C31A65" w:rsidRDefault="002545A9">
            <w:pPr>
              <w:spacing w:after="0"/>
            </w:pPr>
            <w:r>
              <w:t>________</w:t>
            </w:r>
            <w:r>
              <w:t>____________________</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Booking/File No.</w:t>
            </w:r>
          </w:p>
        </w:tc>
        <w:tc>
          <w:tcPr>
            <w:tcW w:w="5040" w:type="dxa"/>
            <w:tcMar>
              <w:top w:w="35" w:type="dxa"/>
              <w:left w:w="60" w:type="dxa"/>
              <w:bottom w:w="35" w:type="dxa"/>
              <w:right w:w="60" w:type="dxa"/>
            </w:tcMar>
            <w:vAlign w:val="center"/>
          </w:tcPr>
          <w:p w:rsidR="00C31A65" w:rsidRDefault="002545A9">
            <w:pPr>
              <w:spacing w:after="0"/>
            </w:pPr>
            <w:r>
              <w:t>____________________________</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Total Sale Price</w:t>
            </w:r>
          </w:p>
        </w:tc>
        <w:tc>
          <w:tcPr>
            <w:tcW w:w="5040" w:type="dxa"/>
            <w:tcMar>
              <w:top w:w="35" w:type="dxa"/>
              <w:left w:w="60" w:type="dxa"/>
              <w:bottom w:w="35" w:type="dxa"/>
              <w:right w:w="60" w:type="dxa"/>
            </w:tcMar>
            <w:vAlign w:val="center"/>
          </w:tcPr>
          <w:p w:rsidR="00C31A65" w:rsidRDefault="002545A9">
            <w:pPr>
              <w:spacing w:after="0"/>
            </w:pPr>
            <w:r>
              <w:t>Rs. __________________ /-</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Total Amount Paid</w:t>
            </w:r>
          </w:p>
        </w:tc>
        <w:tc>
          <w:tcPr>
            <w:tcW w:w="5040" w:type="dxa"/>
            <w:tcMar>
              <w:top w:w="35" w:type="dxa"/>
              <w:left w:w="60" w:type="dxa"/>
              <w:bottom w:w="35" w:type="dxa"/>
              <w:right w:w="60" w:type="dxa"/>
            </w:tcMar>
            <w:vAlign w:val="center"/>
          </w:tcPr>
          <w:p w:rsidR="00C31A65" w:rsidRDefault="002545A9">
            <w:pPr>
              <w:spacing w:after="0"/>
            </w:pPr>
            <w:r>
              <w:t>Rs. __________________ /-</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Outstanding Amount</w:t>
            </w:r>
          </w:p>
        </w:tc>
        <w:tc>
          <w:tcPr>
            <w:tcW w:w="5040" w:type="dxa"/>
            <w:tcMar>
              <w:top w:w="35" w:type="dxa"/>
              <w:left w:w="60" w:type="dxa"/>
              <w:bottom w:w="35" w:type="dxa"/>
              <w:right w:w="60" w:type="dxa"/>
            </w:tcMar>
            <w:vAlign w:val="center"/>
          </w:tcPr>
          <w:p w:rsidR="00C31A65" w:rsidRDefault="002545A9">
            <w:pPr>
              <w:spacing w:after="0"/>
            </w:pPr>
            <w:r>
              <w:t>Rs. __________________ /-</w:t>
            </w:r>
          </w:p>
        </w:tc>
      </w:tr>
    </w:tbl>
    <w:p w:rsidR="00C31A65" w:rsidRDefault="002545A9">
      <w:pPr>
        <w:jc w:val="both"/>
      </w:pPr>
      <w:r>
        <w:t xml:space="preserve">I hereby request TAP Builders to change the block </w:t>
      </w:r>
      <w:r>
        <w:t>and/or location of my existing booked Unit/Flat and to allocate an alternative available Unit/Flat in accordance with the following preference, subject to inventory availability, account verification, applicable charges and written management approval.</w:t>
      </w:r>
    </w:p>
    <w:p w:rsidR="00C31A65" w:rsidRDefault="002545A9">
      <w:r>
        <w:rPr>
          <w:b/>
        </w:rPr>
        <w:t>Req</w:t>
      </w:r>
      <w:r>
        <w:rPr>
          <w:b/>
        </w:rPr>
        <w:t>uested Block/Location Details:</w:t>
      </w:r>
    </w:p>
    <w:tbl>
      <w:tblPr>
        <w:tblStyle w:val="TableGrid"/>
        <w:tblW w:w="0" w:type="auto"/>
        <w:jc w:val="center"/>
        <w:tblLayout w:type="fixed"/>
        <w:tblLook w:val="04A0" w:firstRow="1" w:lastRow="0" w:firstColumn="1" w:lastColumn="0" w:noHBand="0" w:noVBand="1"/>
      </w:tblPr>
      <w:tblGrid>
        <w:gridCol w:w="5040"/>
        <w:gridCol w:w="5040"/>
      </w:tblGrid>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Requested Unit/Flat No., if identified</w:t>
            </w:r>
          </w:p>
        </w:tc>
        <w:tc>
          <w:tcPr>
            <w:tcW w:w="5040" w:type="dxa"/>
            <w:tcMar>
              <w:top w:w="35" w:type="dxa"/>
              <w:left w:w="60" w:type="dxa"/>
              <w:bottom w:w="35" w:type="dxa"/>
              <w:right w:w="60" w:type="dxa"/>
            </w:tcMar>
            <w:vAlign w:val="center"/>
          </w:tcPr>
          <w:p w:rsidR="00C31A65" w:rsidRDefault="002545A9">
            <w:pPr>
              <w:spacing w:after="0"/>
            </w:pPr>
            <w:r>
              <w:t>____________________________</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Requested Type</w:t>
            </w:r>
          </w:p>
        </w:tc>
        <w:tc>
          <w:tcPr>
            <w:tcW w:w="5040" w:type="dxa"/>
            <w:tcMar>
              <w:top w:w="35" w:type="dxa"/>
              <w:left w:w="60" w:type="dxa"/>
              <w:bottom w:w="35" w:type="dxa"/>
              <w:right w:w="60" w:type="dxa"/>
            </w:tcMar>
            <w:vAlign w:val="center"/>
          </w:tcPr>
          <w:p w:rsidR="00C31A65" w:rsidRDefault="002545A9">
            <w:pPr>
              <w:spacing w:after="0"/>
            </w:pPr>
            <w:r>
              <w:t>____________________________</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Requested Block</w:t>
            </w:r>
          </w:p>
        </w:tc>
        <w:tc>
          <w:tcPr>
            <w:tcW w:w="5040" w:type="dxa"/>
            <w:tcMar>
              <w:top w:w="35" w:type="dxa"/>
              <w:left w:w="60" w:type="dxa"/>
              <w:bottom w:w="35" w:type="dxa"/>
              <w:right w:w="60" w:type="dxa"/>
            </w:tcMar>
            <w:vAlign w:val="center"/>
          </w:tcPr>
          <w:p w:rsidR="00C31A65" w:rsidRDefault="002545A9">
            <w:pPr>
              <w:spacing w:after="0"/>
            </w:pPr>
            <w:r>
              <w:t>____________________________</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Requested Floor/Location</w:t>
            </w:r>
          </w:p>
        </w:tc>
        <w:tc>
          <w:tcPr>
            <w:tcW w:w="5040" w:type="dxa"/>
            <w:tcMar>
              <w:top w:w="35" w:type="dxa"/>
              <w:left w:w="60" w:type="dxa"/>
              <w:bottom w:w="35" w:type="dxa"/>
              <w:right w:w="60" w:type="dxa"/>
            </w:tcMar>
            <w:vAlign w:val="center"/>
          </w:tcPr>
          <w:p w:rsidR="00C31A65" w:rsidRDefault="002545A9">
            <w:pPr>
              <w:spacing w:after="0"/>
            </w:pPr>
            <w:r>
              <w:t>____________________________</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Approved/Prevailing Sale Price</w:t>
            </w:r>
          </w:p>
        </w:tc>
        <w:tc>
          <w:tcPr>
            <w:tcW w:w="5040" w:type="dxa"/>
            <w:tcMar>
              <w:top w:w="35" w:type="dxa"/>
              <w:left w:w="60" w:type="dxa"/>
              <w:bottom w:w="35" w:type="dxa"/>
              <w:right w:w="60" w:type="dxa"/>
            </w:tcMar>
            <w:vAlign w:val="center"/>
          </w:tcPr>
          <w:p w:rsidR="00C31A65" w:rsidRDefault="002545A9">
            <w:pPr>
              <w:spacing w:after="0"/>
            </w:pPr>
            <w:r>
              <w:t>Rs. __________________ /-</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Verified Amount to be Adjusted</w:t>
            </w:r>
          </w:p>
        </w:tc>
        <w:tc>
          <w:tcPr>
            <w:tcW w:w="5040" w:type="dxa"/>
            <w:tcMar>
              <w:top w:w="35" w:type="dxa"/>
              <w:left w:w="60" w:type="dxa"/>
              <w:bottom w:w="35" w:type="dxa"/>
              <w:right w:w="60" w:type="dxa"/>
            </w:tcMar>
            <w:vAlign w:val="center"/>
          </w:tcPr>
          <w:p w:rsidR="00C31A65" w:rsidRDefault="002545A9">
            <w:pPr>
              <w:spacing w:after="0"/>
            </w:pPr>
            <w:r>
              <w:t>Rs. __________________ /-</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Block/Location Change Charges</w:t>
            </w:r>
          </w:p>
        </w:tc>
        <w:tc>
          <w:tcPr>
            <w:tcW w:w="5040" w:type="dxa"/>
            <w:tcMar>
              <w:top w:w="35" w:type="dxa"/>
              <w:left w:w="60" w:type="dxa"/>
              <w:bottom w:w="35" w:type="dxa"/>
              <w:right w:w="60" w:type="dxa"/>
            </w:tcMar>
            <w:vAlign w:val="center"/>
          </w:tcPr>
          <w:p w:rsidR="00C31A65" w:rsidRDefault="002545A9">
            <w:pPr>
              <w:spacing w:after="0"/>
            </w:pPr>
            <w:r>
              <w:t>Rs. __________________ /-</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Price Difference/Other Charges</w:t>
            </w:r>
          </w:p>
        </w:tc>
        <w:tc>
          <w:tcPr>
            <w:tcW w:w="5040" w:type="dxa"/>
            <w:tcMar>
              <w:top w:w="35" w:type="dxa"/>
              <w:left w:w="60" w:type="dxa"/>
              <w:bottom w:w="35" w:type="dxa"/>
              <w:right w:w="60" w:type="dxa"/>
            </w:tcMar>
            <w:vAlign w:val="center"/>
          </w:tcPr>
          <w:p w:rsidR="00C31A65" w:rsidRDefault="002545A9">
            <w:pPr>
              <w:spacing w:after="0"/>
            </w:pPr>
            <w:r>
              <w:t>Rs. __________________ /-</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 xml:space="preserve">Revised Outstanding </w:t>
            </w:r>
            <w:r>
              <w:rPr>
                <w:b/>
              </w:rPr>
              <w:t>Balance</w:t>
            </w:r>
          </w:p>
        </w:tc>
        <w:tc>
          <w:tcPr>
            <w:tcW w:w="5040" w:type="dxa"/>
            <w:tcMar>
              <w:top w:w="35" w:type="dxa"/>
              <w:left w:w="60" w:type="dxa"/>
              <w:bottom w:w="35" w:type="dxa"/>
              <w:right w:w="60" w:type="dxa"/>
            </w:tcMar>
            <w:vAlign w:val="center"/>
          </w:tcPr>
          <w:p w:rsidR="00C31A65" w:rsidRDefault="002545A9">
            <w:pPr>
              <w:spacing w:after="0"/>
            </w:pPr>
            <w:r>
              <w:t>Rs. __________________ /-</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Revised Payment Plan/Reference</w:t>
            </w:r>
          </w:p>
        </w:tc>
        <w:tc>
          <w:tcPr>
            <w:tcW w:w="5040" w:type="dxa"/>
            <w:tcMar>
              <w:top w:w="35" w:type="dxa"/>
              <w:left w:w="60" w:type="dxa"/>
              <w:bottom w:w="35" w:type="dxa"/>
              <w:right w:w="60" w:type="dxa"/>
            </w:tcMar>
            <w:vAlign w:val="center"/>
          </w:tcPr>
          <w:p w:rsidR="00C31A65" w:rsidRDefault="002545A9">
            <w:pPr>
              <w:spacing w:after="0"/>
            </w:pPr>
            <w:r>
              <w:t>____________________________</w:t>
            </w:r>
          </w:p>
        </w:tc>
      </w:tr>
    </w:tbl>
    <w:p w:rsidR="00C31A65" w:rsidRDefault="002545A9">
      <w:r>
        <w:t>I hereby acknowledge, confirm and undertake as follows:</w:t>
      </w:r>
    </w:p>
    <w:p w:rsidR="00C31A65" w:rsidRDefault="002545A9">
      <w:pPr>
        <w:spacing w:after="30"/>
        <w:ind w:left="403" w:hanging="317"/>
        <w:jc w:val="both"/>
      </w:pPr>
      <w:r>
        <w:t xml:space="preserve">1. This is a request only. No change of block, unit number, floor or location shall become effective </w:t>
      </w:r>
      <w:r>
        <w:t>unless TAP Builders verifies my booking and payment record, confirms availability, receives the required documents and charges, and issues written approval or a revised booking/allotment confirmation.</w:t>
      </w:r>
    </w:p>
    <w:p w:rsidR="00C31A65" w:rsidRDefault="002545A9">
      <w:pPr>
        <w:spacing w:after="30"/>
        <w:ind w:left="403" w:hanging="317"/>
        <w:jc w:val="both"/>
      </w:pPr>
      <w:r>
        <w:t xml:space="preserve">2. The requested Unit/Flat is subject to availability. </w:t>
      </w:r>
      <w:r>
        <w:t>Submission or receipt of this request shall not reserve any particular unit, block, floor, view, side or location and shall not create any right in my favour until written approval is issued.</w:t>
      </w:r>
    </w:p>
    <w:p w:rsidR="00C31A65" w:rsidRDefault="002545A9">
      <w:pPr>
        <w:spacing w:after="30"/>
        <w:ind w:left="403" w:hanging="317"/>
        <w:jc w:val="both"/>
      </w:pPr>
      <w:r>
        <w:t>3. Upon approval, I authorize TAP Builders to surrender/close th</w:t>
      </w:r>
      <w:r>
        <w:t>e existing unit allocation and adjust only the amount verified in its books, bank records and official receipts toward the approved alternative Unit/Flat.</w:t>
      </w:r>
    </w:p>
    <w:p w:rsidR="00C31A65" w:rsidRDefault="002545A9">
      <w:pPr>
        <w:spacing w:after="30"/>
        <w:ind w:left="403" w:hanging="317"/>
        <w:jc w:val="both"/>
      </w:pPr>
      <w:r>
        <w:t>4. I agree to pay all applicable block/location change, transfer, documentation, processing, floor, v</w:t>
      </w:r>
      <w:r>
        <w:t>iew, corner, development, utility, tax and other charges, together with any approved price difference or revised outstanding balance.</w:t>
      </w:r>
    </w:p>
    <w:p w:rsidR="00C31A65" w:rsidRDefault="002545A9">
      <w:pPr>
        <w:spacing w:after="30"/>
        <w:ind w:left="403" w:hanging="317"/>
        <w:jc w:val="both"/>
      </w:pPr>
      <w:r>
        <w:t>5. Where the approved alternative Unit/Flat carries a higher price, I shall pay the full price difference and related char</w:t>
      </w:r>
      <w:r>
        <w:t>ges according to the revised payment schedule. Where it carries a lower price, any credit or adjustment shall be dealt with only in the manner approved in writing by TAP Builders and shall not automatically become payable as a cash refund.</w:t>
      </w:r>
    </w:p>
    <w:p w:rsidR="00C31A65" w:rsidRDefault="002545A9">
      <w:pPr>
        <w:spacing w:after="30"/>
        <w:ind w:left="403" w:hanging="317"/>
        <w:jc w:val="both"/>
      </w:pPr>
      <w:r>
        <w:t>6. The price, di</w:t>
      </w:r>
      <w:r>
        <w:t>scount, payment schedule, completion/possession position and all other terms applicable to the approved alternative Unit/Flat shall be those stated in the revised written booking/allotment confirmation. No verbal or informal assurance shall be binding upon</w:t>
      </w:r>
      <w:r>
        <w:t xml:space="preserve"> TAP Builders.</w:t>
      </w:r>
    </w:p>
    <w:p w:rsidR="00C31A65" w:rsidRDefault="002545A9">
      <w:pPr>
        <w:spacing w:after="30"/>
        <w:ind w:left="403" w:hanging="317"/>
        <w:jc w:val="both"/>
      </w:pPr>
      <w:r>
        <w:t>7. Upon issuance of the revised booking/allotment confirmation, the previous unit allocation shall stand surrendered for adjustment purposes, and I shall have no separate right, possession claim, appreciation claim, refund claim or other ent</w:t>
      </w:r>
      <w:r>
        <w:t>itlement in respect of the previous Unit/Flat, except as expressly recorded in writing.</w:t>
      </w:r>
    </w:p>
    <w:p w:rsidR="00C31A65" w:rsidRDefault="002545A9">
      <w:pPr>
        <w:spacing w:after="30"/>
        <w:ind w:left="403" w:hanging="317"/>
        <w:jc w:val="both"/>
      </w:pPr>
      <w:r>
        <w:lastRenderedPageBreak/>
        <w:t>8. This request changes only the block/location/unit allocation of my booking. It does not transfer the booking to another allottee and does not change the name or owne</w:t>
      </w:r>
      <w:r>
        <w:t>rship record of the applicant unless separately approved through the prescribed transfer procedure.</w:t>
      </w:r>
    </w:p>
    <w:p w:rsidR="00C31A65" w:rsidRDefault="002545A9">
      <w:pPr>
        <w:spacing w:after="30"/>
        <w:ind w:left="403" w:hanging="317"/>
        <w:jc w:val="both"/>
      </w:pPr>
      <w:r>
        <w:t>9. I shall submit the original booking/allotment file, original payment receipts and related documents for endorsement, cancellation or reissuance and confi</w:t>
      </w:r>
      <w:r>
        <w:t>rm that no sale, assignment, pledge, lien, attachment, court order, dispute or third-party right exists in respect of the existing booking.</w:t>
      </w:r>
    </w:p>
    <w:p w:rsidR="00C31A65" w:rsidRDefault="002545A9">
      <w:pPr>
        <w:spacing w:after="30"/>
        <w:ind w:left="403" w:hanging="317"/>
        <w:jc w:val="both"/>
      </w:pPr>
      <w:r>
        <w:t>10. If the requested change is not approved or the preferred Unit/Flat is unavailable, the existing booking shall co</w:t>
      </w:r>
      <w:r>
        <w:t>ntinue under its original terms, subject to its payment status and the rights of the parties, unless another alternative is mutually approved in writing.</w:t>
      </w:r>
    </w:p>
    <w:p w:rsidR="00C31A65" w:rsidRDefault="002545A9">
      <w:pPr>
        <w:spacing w:after="30"/>
        <w:ind w:left="403" w:hanging="317"/>
        <w:jc w:val="both"/>
      </w:pPr>
      <w:r>
        <w:t>11. Any instalments or amounts becoming due while this request is under consideration shall remain pay</w:t>
      </w:r>
      <w:r>
        <w:t>able under the existing schedule unless TAP Builders issues a written revised schedule. Submission of this request shall not suspend my payment obligations.</w:t>
      </w:r>
    </w:p>
    <w:p w:rsidR="00C31A65" w:rsidRDefault="002545A9">
      <w:pPr>
        <w:spacing w:after="30"/>
        <w:ind w:left="403" w:hanging="317"/>
        <w:jc w:val="both"/>
      </w:pPr>
      <w:r>
        <w:t>12. Where the booking is jointly held, all joint applicants/co-allottees shall sign this request an</w:t>
      </w:r>
      <w:r>
        <w:t>d shall remain jointly and severally responsible for all obligations relating to the revised booking.</w:t>
      </w:r>
    </w:p>
    <w:p w:rsidR="00C31A65" w:rsidRDefault="002545A9">
      <w:pPr>
        <w:spacing w:after="30"/>
        <w:ind w:left="403" w:hanging="317"/>
        <w:jc w:val="both"/>
      </w:pPr>
      <w:r>
        <w:t>13. I have read and understood this request and undertaking and execute it voluntarily, with full consent and without any pressure, coercion, misrepresent</w:t>
      </w:r>
      <w:r>
        <w:t>ation or undue influence.</w:t>
      </w:r>
    </w:p>
    <w:p w:rsidR="00C31A65" w:rsidRDefault="002545A9">
      <w:r>
        <w:t>Yours sincerely,</w:t>
      </w:r>
    </w:p>
    <w:tbl>
      <w:tblPr>
        <w:tblStyle w:val="TableGrid"/>
        <w:tblW w:w="0" w:type="auto"/>
        <w:jc w:val="center"/>
        <w:tblLayout w:type="fixed"/>
        <w:tblLook w:val="04A0" w:firstRow="1" w:lastRow="0" w:firstColumn="1" w:lastColumn="0" w:noHBand="0" w:noVBand="1"/>
      </w:tblPr>
      <w:tblGrid>
        <w:gridCol w:w="5040"/>
        <w:gridCol w:w="5040"/>
      </w:tblGrid>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Name</w:t>
            </w:r>
          </w:p>
        </w:tc>
        <w:tc>
          <w:tcPr>
            <w:tcW w:w="5040" w:type="dxa"/>
            <w:tcMar>
              <w:top w:w="35" w:type="dxa"/>
              <w:left w:w="60" w:type="dxa"/>
              <w:bottom w:w="35" w:type="dxa"/>
              <w:right w:w="60" w:type="dxa"/>
            </w:tcMar>
            <w:vAlign w:val="center"/>
          </w:tcPr>
          <w:p w:rsidR="00C31A65" w:rsidRDefault="002545A9">
            <w:pPr>
              <w:spacing w:after="0"/>
            </w:pPr>
            <w:r>
              <w:t>____________________________________________</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CNIC No.</w:t>
            </w:r>
          </w:p>
        </w:tc>
        <w:tc>
          <w:tcPr>
            <w:tcW w:w="5040" w:type="dxa"/>
            <w:tcMar>
              <w:top w:w="35" w:type="dxa"/>
              <w:left w:w="60" w:type="dxa"/>
              <w:bottom w:w="35" w:type="dxa"/>
              <w:right w:w="60" w:type="dxa"/>
            </w:tcMar>
            <w:vAlign w:val="center"/>
          </w:tcPr>
          <w:p w:rsidR="00C31A65" w:rsidRDefault="002545A9">
            <w:pPr>
              <w:spacing w:after="0"/>
            </w:pPr>
            <w:r>
              <w:t>____________________________________________</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Contact No.</w:t>
            </w:r>
          </w:p>
        </w:tc>
        <w:tc>
          <w:tcPr>
            <w:tcW w:w="5040" w:type="dxa"/>
            <w:tcMar>
              <w:top w:w="35" w:type="dxa"/>
              <w:left w:w="60" w:type="dxa"/>
              <w:bottom w:w="35" w:type="dxa"/>
              <w:right w:w="60" w:type="dxa"/>
            </w:tcMar>
            <w:vAlign w:val="center"/>
          </w:tcPr>
          <w:p w:rsidR="00C31A65" w:rsidRDefault="002545A9">
            <w:pPr>
              <w:spacing w:after="0"/>
            </w:pPr>
            <w:r>
              <w:t>____________________________________________</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Address</w:t>
            </w:r>
          </w:p>
        </w:tc>
        <w:tc>
          <w:tcPr>
            <w:tcW w:w="5040" w:type="dxa"/>
            <w:tcMar>
              <w:top w:w="35" w:type="dxa"/>
              <w:left w:w="60" w:type="dxa"/>
              <w:bottom w:w="35" w:type="dxa"/>
              <w:right w:w="60" w:type="dxa"/>
            </w:tcMar>
            <w:vAlign w:val="center"/>
          </w:tcPr>
          <w:p w:rsidR="00C31A65" w:rsidRDefault="002545A9">
            <w:pPr>
              <w:spacing w:after="0"/>
            </w:pPr>
            <w:r>
              <w:t>____________________________________________</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Signature</w:t>
            </w:r>
          </w:p>
        </w:tc>
        <w:tc>
          <w:tcPr>
            <w:tcW w:w="5040" w:type="dxa"/>
            <w:tcMar>
              <w:top w:w="35" w:type="dxa"/>
              <w:left w:w="60" w:type="dxa"/>
              <w:bottom w:w="35" w:type="dxa"/>
              <w:right w:w="60" w:type="dxa"/>
            </w:tcMar>
            <w:vAlign w:val="center"/>
          </w:tcPr>
          <w:p w:rsidR="00C31A65" w:rsidRDefault="002545A9">
            <w:pPr>
              <w:spacing w:after="0"/>
            </w:pPr>
            <w:r>
              <w:t>____________________________________________</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Thumb Impression</w:t>
            </w:r>
          </w:p>
        </w:tc>
        <w:tc>
          <w:tcPr>
            <w:tcW w:w="5040" w:type="dxa"/>
            <w:tcMar>
              <w:top w:w="35" w:type="dxa"/>
              <w:left w:w="60" w:type="dxa"/>
              <w:bottom w:w="35" w:type="dxa"/>
              <w:right w:w="60" w:type="dxa"/>
            </w:tcMar>
            <w:vAlign w:val="center"/>
          </w:tcPr>
          <w:p w:rsidR="00C31A65" w:rsidRDefault="002545A9">
            <w:pPr>
              <w:spacing w:after="0"/>
            </w:pPr>
            <w:r>
              <w:t>____________________________________________</w:t>
            </w:r>
          </w:p>
        </w:tc>
      </w:tr>
    </w:tbl>
    <w:p w:rsidR="00C31A65" w:rsidRDefault="002545A9">
      <w:r>
        <w:rPr>
          <w:b/>
        </w:rPr>
        <w:t>Joint Applicant/Co-Allottee, if applicable:</w:t>
      </w:r>
    </w:p>
    <w:p w:rsidR="00C31A65" w:rsidRDefault="002545A9">
      <w:r>
        <w:t>Name: __________________________  CNIC No.: ___</w:t>
      </w:r>
      <w:r>
        <w:t>_______________________  Signature: __________________________</w:t>
      </w:r>
    </w:p>
    <w:p w:rsidR="00C31A65" w:rsidRDefault="002545A9">
      <w:r>
        <w:rPr>
          <w:b/>
        </w:rPr>
        <w:t>Witnesses:</w:t>
      </w:r>
    </w:p>
    <w:tbl>
      <w:tblPr>
        <w:tblStyle w:val="TableGrid"/>
        <w:tblW w:w="0" w:type="auto"/>
        <w:jc w:val="center"/>
        <w:tblLayout w:type="fixed"/>
        <w:tblLook w:val="04A0" w:firstRow="1" w:lastRow="0" w:firstColumn="1" w:lastColumn="0" w:noHBand="0" w:noVBand="1"/>
      </w:tblPr>
      <w:tblGrid>
        <w:gridCol w:w="2520"/>
        <w:gridCol w:w="2520"/>
        <w:gridCol w:w="2520"/>
        <w:gridCol w:w="2520"/>
      </w:tblGrid>
      <w:tr w:rsidR="00C31A65">
        <w:trPr>
          <w:jc w:val="center"/>
        </w:trPr>
        <w:tc>
          <w:tcPr>
            <w:tcW w:w="2520" w:type="dxa"/>
            <w:shd w:val="clear" w:color="auto" w:fill="5B9BD5"/>
            <w:tcMar>
              <w:top w:w="35" w:type="dxa"/>
              <w:left w:w="60" w:type="dxa"/>
              <w:bottom w:w="35" w:type="dxa"/>
              <w:right w:w="60" w:type="dxa"/>
            </w:tcMar>
          </w:tcPr>
          <w:p w:rsidR="00C31A65" w:rsidRDefault="002545A9">
            <w:pPr>
              <w:spacing w:after="0"/>
              <w:jc w:val="center"/>
            </w:pPr>
            <w:r>
              <w:rPr>
                <w:b/>
                <w:color w:val="FFFFFF"/>
              </w:rPr>
              <w:t>Witness</w:t>
            </w:r>
          </w:p>
        </w:tc>
        <w:tc>
          <w:tcPr>
            <w:tcW w:w="2520" w:type="dxa"/>
            <w:shd w:val="clear" w:color="auto" w:fill="5B9BD5"/>
            <w:tcMar>
              <w:top w:w="35" w:type="dxa"/>
              <w:left w:w="60" w:type="dxa"/>
              <w:bottom w:w="35" w:type="dxa"/>
              <w:right w:w="60" w:type="dxa"/>
            </w:tcMar>
          </w:tcPr>
          <w:p w:rsidR="00C31A65" w:rsidRDefault="002545A9">
            <w:pPr>
              <w:spacing w:after="0"/>
              <w:jc w:val="center"/>
            </w:pPr>
            <w:r>
              <w:rPr>
                <w:b/>
                <w:color w:val="FFFFFF"/>
              </w:rPr>
              <w:t>Name</w:t>
            </w:r>
          </w:p>
        </w:tc>
        <w:tc>
          <w:tcPr>
            <w:tcW w:w="2520" w:type="dxa"/>
            <w:shd w:val="clear" w:color="auto" w:fill="5B9BD5"/>
            <w:tcMar>
              <w:top w:w="35" w:type="dxa"/>
              <w:left w:w="60" w:type="dxa"/>
              <w:bottom w:w="35" w:type="dxa"/>
              <w:right w:w="60" w:type="dxa"/>
            </w:tcMar>
          </w:tcPr>
          <w:p w:rsidR="00C31A65" w:rsidRDefault="002545A9">
            <w:pPr>
              <w:spacing w:after="0"/>
              <w:jc w:val="center"/>
            </w:pPr>
            <w:r>
              <w:rPr>
                <w:b/>
                <w:color w:val="FFFFFF"/>
              </w:rPr>
              <w:t>CNIC No.</w:t>
            </w:r>
          </w:p>
        </w:tc>
        <w:tc>
          <w:tcPr>
            <w:tcW w:w="2520" w:type="dxa"/>
            <w:shd w:val="clear" w:color="auto" w:fill="5B9BD5"/>
            <w:tcMar>
              <w:top w:w="35" w:type="dxa"/>
              <w:left w:w="60" w:type="dxa"/>
              <w:bottom w:w="35" w:type="dxa"/>
              <w:right w:w="60" w:type="dxa"/>
            </w:tcMar>
          </w:tcPr>
          <w:p w:rsidR="00C31A65" w:rsidRDefault="002545A9">
            <w:pPr>
              <w:spacing w:after="0"/>
              <w:jc w:val="center"/>
            </w:pPr>
            <w:r>
              <w:rPr>
                <w:b/>
                <w:color w:val="FFFFFF"/>
              </w:rPr>
              <w:t>Signature</w:t>
            </w:r>
          </w:p>
        </w:tc>
      </w:tr>
      <w:tr w:rsidR="00C31A65">
        <w:trPr>
          <w:jc w:val="center"/>
        </w:trPr>
        <w:tc>
          <w:tcPr>
            <w:tcW w:w="2520" w:type="dxa"/>
            <w:tcMar>
              <w:top w:w="35" w:type="dxa"/>
              <w:left w:w="60" w:type="dxa"/>
              <w:bottom w:w="35" w:type="dxa"/>
              <w:right w:w="60" w:type="dxa"/>
            </w:tcMar>
          </w:tcPr>
          <w:p w:rsidR="00C31A65" w:rsidRDefault="002545A9">
            <w:pPr>
              <w:spacing w:after="0"/>
              <w:jc w:val="center"/>
            </w:pPr>
            <w:r>
              <w:t>1</w:t>
            </w:r>
          </w:p>
        </w:tc>
        <w:tc>
          <w:tcPr>
            <w:tcW w:w="2520" w:type="dxa"/>
            <w:tcMar>
              <w:top w:w="35" w:type="dxa"/>
              <w:left w:w="60" w:type="dxa"/>
              <w:bottom w:w="35" w:type="dxa"/>
              <w:right w:w="60" w:type="dxa"/>
            </w:tcMar>
          </w:tcPr>
          <w:p w:rsidR="00C31A65" w:rsidRDefault="002545A9">
            <w:pPr>
              <w:spacing w:after="0"/>
              <w:jc w:val="center"/>
            </w:pPr>
            <w:r>
              <w:t>____________________</w:t>
            </w:r>
          </w:p>
        </w:tc>
        <w:tc>
          <w:tcPr>
            <w:tcW w:w="2520" w:type="dxa"/>
            <w:tcMar>
              <w:top w:w="35" w:type="dxa"/>
              <w:left w:w="60" w:type="dxa"/>
              <w:bottom w:w="35" w:type="dxa"/>
              <w:right w:w="60" w:type="dxa"/>
            </w:tcMar>
          </w:tcPr>
          <w:p w:rsidR="00C31A65" w:rsidRDefault="002545A9">
            <w:pPr>
              <w:spacing w:after="0"/>
              <w:jc w:val="center"/>
            </w:pPr>
            <w:r>
              <w:t>____________________</w:t>
            </w:r>
          </w:p>
        </w:tc>
        <w:tc>
          <w:tcPr>
            <w:tcW w:w="2520" w:type="dxa"/>
            <w:tcMar>
              <w:top w:w="35" w:type="dxa"/>
              <w:left w:w="60" w:type="dxa"/>
              <w:bottom w:w="35" w:type="dxa"/>
              <w:right w:w="60" w:type="dxa"/>
            </w:tcMar>
          </w:tcPr>
          <w:p w:rsidR="00C31A65" w:rsidRDefault="002545A9">
            <w:pPr>
              <w:spacing w:after="0"/>
              <w:jc w:val="center"/>
            </w:pPr>
            <w:r>
              <w:t>____________________</w:t>
            </w:r>
          </w:p>
        </w:tc>
      </w:tr>
      <w:tr w:rsidR="00C31A65">
        <w:trPr>
          <w:jc w:val="center"/>
        </w:trPr>
        <w:tc>
          <w:tcPr>
            <w:tcW w:w="2520" w:type="dxa"/>
            <w:tcMar>
              <w:top w:w="35" w:type="dxa"/>
              <w:left w:w="60" w:type="dxa"/>
              <w:bottom w:w="35" w:type="dxa"/>
              <w:right w:w="60" w:type="dxa"/>
            </w:tcMar>
          </w:tcPr>
          <w:p w:rsidR="00C31A65" w:rsidRDefault="002545A9">
            <w:pPr>
              <w:spacing w:after="0"/>
              <w:jc w:val="center"/>
            </w:pPr>
            <w:r>
              <w:t>2</w:t>
            </w:r>
          </w:p>
        </w:tc>
        <w:tc>
          <w:tcPr>
            <w:tcW w:w="2520" w:type="dxa"/>
            <w:tcMar>
              <w:top w:w="35" w:type="dxa"/>
              <w:left w:w="60" w:type="dxa"/>
              <w:bottom w:w="35" w:type="dxa"/>
              <w:right w:w="60" w:type="dxa"/>
            </w:tcMar>
          </w:tcPr>
          <w:p w:rsidR="00C31A65" w:rsidRDefault="002545A9">
            <w:pPr>
              <w:spacing w:after="0"/>
              <w:jc w:val="center"/>
            </w:pPr>
            <w:r>
              <w:t>____________________</w:t>
            </w:r>
          </w:p>
        </w:tc>
        <w:tc>
          <w:tcPr>
            <w:tcW w:w="2520" w:type="dxa"/>
            <w:tcMar>
              <w:top w:w="35" w:type="dxa"/>
              <w:left w:w="60" w:type="dxa"/>
              <w:bottom w:w="35" w:type="dxa"/>
              <w:right w:w="60" w:type="dxa"/>
            </w:tcMar>
          </w:tcPr>
          <w:p w:rsidR="00C31A65" w:rsidRDefault="002545A9">
            <w:pPr>
              <w:spacing w:after="0"/>
              <w:jc w:val="center"/>
            </w:pPr>
            <w:r>
              <w:t>____________________</w:t>
            </w:r>
          </w:p>
        </w:tc>
        <w:tc>
          <w:tcPr>
            <w:tcW w:w="2520" w:type="dxa"/>
            <w:tcMar>
              <w:top w:w="35" w:type="dxa"/>
              <w:left w:w="60" w:type="dxa"/>
              <w:bottom w:w="35" w:type="dxa"/>
              <w:right w:w="60" w:type="dxa"/>
            </w:tcMar>
          </w:tcPr>
          <w:p w:rsidR="00C31A65" w:rsidRDefault="002545A9">
            <w:pPr>
              <w:spacing w:after="0"/>
              <w:jc w:val="center"/>
            </w:pPr>
            <w:r>
              <w:t>____________________</w:t>
            </w:r>
          </w:p>
        </w:tc>
      </w:tr>
    </w:tbl>
    <w:p w:rsidR="00C31A65" w:rsidRDefault="002545A9">
      <w:r>
        <w:rPr>
          <w:b/>
        </w:rPr>
        <w:t xml:space="preserve">For Official Use </w:t>
      </w:r>
      <w:r>
        <w:rPr>
          <w:b/>
        </w:rPr>
        <w:t>- TAP Builders</w:t>
      </w:r>
    </w:p>
    <w:tbl>
      <w:tblPr>
        <w:tblStyle w:val="TableGrid"/>
        <w:tblW w:w="0" w:type="auto"/>
        <w:jc w:val="center"/>
        <w:tblLayout w:type="fixed"/>
        <w:tblLook w:val="04A0" w:firstRow="1" w:lastRow="0" w:firstColumn="1" w:lastColumn="0" w:noHBand="0" w:noVBand="1"/>
      </w:tblPr>
      <w:tblGrid>
        <w:gridCol w:w="5040"/>
        <w:gridCol w:w="5040"/>
      </w:tblGrid>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Booking and payment record verified by</w:t>
            </w:r>
          </w:p>
        </w:tc>
        <w:tc>
          <w:tcPr>
            <w:tcW w:w="5040" w:type="dxa"/>
            <w:tcMar>
              <w:top w:w="35" w:type="dxa"/>
              <w:left w:w="60" w:type="dxa"/>
              <w:bottom w:w="35" w:type="dxa"/>
              <w:right w:w="60" w:type="dxa"/>
            </w:tcMar>
            <w:vAlign w:val="center"/>
          </w:tcPr>
          <w:p w:rsidR="00C31A65" w:rsidRDefault="002545A9">
            <w:pPr>
              <w:spacing w:after="0"/>
            </w:pPr>
            <w:r>
              <w:t>Name/Designation: _________________________________</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Existing Unit/Flat</w:t>
            </w:r>
          </w:p>
        </w:tc>
        <w:tc>
          <w:tcPr>
            <w:tcW w:w="5040" w:type="dxa"/>
            <w:tcMar>
              <w:top w:w="35" w:type="dxa"/>
              <w:left w:w="60" w:type="dxa"/>
              <w:bottom w:w="35" w:type="dxa"/>
              <w:right w:w="60" w:type="dxa"/>
            </w:tcMar>
            <w:vAlign w:val="center"/>
          </w:tcPr>
          <w:p w:rsidR="00C31A65" w:rsidRDefault="002545A9">
            <w:pPr>
              <w:spacing w:after="0"/>
            </w:pPr>
            <w:r>
              <w:t>Unit No.: ______  Type: ______  Block: ______  Floor: ______</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Approved New Unit/Flat</w:t>
            </w:r>
          </w:p>
        </w:tc>
        <w:tc>
          <w:tcPr>
            <w:tcW w:w="5040" w:type="dxa"/>
            <w:tcMar>
              <w:top w:w="35" w:type="dxa"/>
              <w:left w:w="60" w:type="dxa"/>
              <w:bottom w:w="35" w:type="dxa"/>
              <w:right w:w="60" w:type="dxa"/>
            </w:tcMar>
            <w:vAlign w:val="center"/>
          </w:tcPr>
          <w:p w:rsidR="00C31A65" w:rsidRDefault="002545A9">
            <w:pPr>
              <w:spacing w:after="0"/>
            </w:pPr>
            <w:r>
              <w:t>Unit No.: ______  Type: ______  Block: ______</w:t>
            </w:r>
            <w:r>
              <w:t xml:space="preserve">  Floor: ______</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Verified amount adjusted</w:t>
            </w:r>
          </w:p>
        </w:tc>
        <w:tc>
          <w:tcPr>
            <w:tcW w:w="5040" w:type="dxa"/>
            <w:tcMar>
              <w:top w:w="35" w:type="dxa"/>
              <w:left w:w="60" w:type="dxa"/>
              <w:bottom w:w="35" w:type="dxa"/>
              <w:right w:w="60" w:type="dxa"/>
            </w:tcMar>
            <w:vAlign w:val="center"/>
          </w:tcPr>
          <w:p w:rsidR="00C31A65" w:rsidRDefault="002545A9">
            <w:pPr>
              <w:spacing w:after="0"/>
            </w:pPr>
            <w:r>
              <w:t>Rs. __________________ /-</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Block/location change charges</w:t>
            </w:r>
          </w:p>
        </w:tc>
        <w:tc>
          <w:tcPr>
            <w:tcW w:w="5040" w:type="dxa"/>
            <w:tcMar>
              <w:top w:w="35" w:type="dxa"/>
              <w:left w:w="60" w:type="dxa"/>
              <w:bottom w:w="35" w:type="dxa"/>
              <w:right w:w="60" w:type="dxa"/>
            </w:tcMar>
            <w:vAlign w:val="center"/>
          </w:tcPr>
          <w:p w:rsidR="00C31A65" w:rsidRDefault="002545A9">
            <w:pPr>
              <w:spacing w:after="0"/>
            </w:pPr>
            <w:r>
              <w:t>Rs. __________________ /-</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Price difference/other charges</w:t>
            </w:r>
          </w:p>
        </w:tc>
        <w:tc>
          <w:tcPr>
            <w:tcW w:w="5040" w:type="dxa"/>
            <w:tcMar>
              <w:top w:w="35" w:type="dxa"/>
              <w:left w:w="60" w:type="dxa"/>
              <w:bottom w:w="35" w:type="dxa"/>
              <w:right w:w="60" w:type="dxa"/>
            </w:tcMar>
            <w:vAlign w:val="center"/>
          </w:tcPr>
          <w:p w:rsidR="00C31A65" w:rsidRDefault="002545A9">
            <w:pPr>
              <w:spacing w:after="0"/>
            </w:pPr>
            <w:r>
              <w:t>Rs. __________________ /-</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Revised outstanding balance</w:t>
            </w:r>
          </w:p>
        </w:tc>
        <w:tc>
          <w:tcPr>
            <w:tcW w:w="5040" w:type="dxa"/>
            <w:tcMar>
              <w:top w:w="35" w:type="dxa"/>
              <w:left w:w="60" w:type="dxa"/>
              <w:bottom w:w="35" w:type="dxa"/>
              <w:right w:w="60" w:type="dxa"/>
            </w:tcMar>
            <w:vAlign w:val="center"/>
          </w:tcPr>
          <w:p w:rsidR="00C31A65" w:rsidRDefault="002545A9">
            <w:pPr>
              <w:spacing w:after="0"/>
            </w:pPr>
            <w:r>
              <w:t>Rs. __________________ /-</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 xml:space="preserve">Original </w:t>
            </w:r>
            <w:r>
              <w:rPr>
                <w:b/>
              </w:rPr>
              <w:t>file/documents received by</w:t>
            </w:r>
          </w:p>
        </w:tc>
        <w:tc>
          <w:tcPr>
            <w:tcW w:w="5040" w:type="dxa"/>
            <w:tcMar>
              <w:top w:w="35" w:type="dxa"/>
              <w:left w:w="60" w:type="dxa"/>
              <w:bottom w:w="35" w:type="dxa"/>
              <w:right w:w="60" w:type="dxa"/>
            </w:tcMar>
            <w:vAlign w:val="center"/>
          </w:tcPr>
          <w:p w:rsidR="00C31A65" w:rsidRDefault="002545A9">
            <w:pPr>
              <w:spacing w:after="0"/>
            </w:pPr>
            <w:r>
              <w:t>Name/Designation: _________________________________</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Revised payment schedule reference</w:t>
            </w:r>
          </w:p>
        </w:tc>
        <w:tc>
          <w:tcPr>
            <w:tcW w:w="5040" w:type="dxa"/>
            <w:tcMar>
              <w:top w:w="35" w:type="dxa"/>
              <w:left w:w="60" w:type="dxa"/>
              <w:bottom w:w="35" w:type="dxa"/>
              <w:right w:w="60" w:type="dxa"/>
            </w:tcMar>
            <w:vAlign w:val="center"/>
          </w:tcPr>
          <w:p w:rsidR="00C31A65" w:rsidRDefault="002545A9">
            <w:pPr>
              <w:spacing w:after="0"/>
            </w:pPr>
            <w:r>
              <w:t>Reference No.: _________________________________</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Management approval</w:t>
            </w:r>
          </w:p>
        </w:tc>
        <w:tc>
          <w:tcPr>
            <w:tcW w:w="5040" w:type="dxa"/>
            <w:tcMar>
              <w:top w:w="35" w:type="dxa"/>
              <w:left w:w="60" w:type="dxa"/>
              <w:bottom w:w="35" w:type="dxa"/>
              <w:right w:w="60" w:type="dxa"/>
            </w:tcMar>
            <w:vAlign w:val="center"/>
          </w:tcPr>
          <w:p w:rsidR="00C31A65" w:rsidRDefault="002545A9">
            <w:pPr>
              <w:spacing w:after="0"/>
            </w:pPr>
            <w:r>
              <w:t>Name/Designation: _________________________________</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Revised booking/al</w:t>
            </w:r>
            <w:r>
              <w:rPr>
                <w:b/>
              </w:rPr>
              <w:t>lotment issued</w:t>
            </w:r>
          </w:p>
        </w:tc>
        <w:tc>
          <w:tcPr>
            <w:tcW w:w="5040" w:type="dxa"/>
            <w:tcMar>
              <w:top w:w="35" w:type="dxa"/>
              <w:left w:w="60" w:type="dxa"/>
              <w:bottom w:w="35" w:type="dxa"/>
              <w:right w:w="60" w:type="dxa"/>
            </w:tcMar>
            <w:vAlign w:val="center"/>
          </w:tcPr>
          <w:p w:rsidR="00C31A65" w:rsidRDefault="002545A9">
            <w:pPr>
              <w:spacing w:after="0"/>
            </w:pPr>
            <w:r>
              <w:t>Reference No.: __________________  Date: ______________</w:t>
            </w:r>
          </w:p>
        </w:tc>
      </w:tr>
      <w:tr w:rsidR="00C31A65">
        <w:trPr>
          <w:cantSplit/>
          <w:jc w:val="center"/>
        </w:trPr>
        <w:tc>
          <w:tcPr>
            <w:tcW w:w="5040" w:type="dxa"/>
            <w:shd w:val="clear" w:color="auto" w:fill="D9EAF7"/>
            <w:tcMar>
              <w:top w:w="35" w:type="dxa"/>
              <w:left w:w="60" w:type="dxa"/>
              <w:bottom w:w="35" w:type="dxa"/>
              <w:right w:w="60" w:type="dxa"/>
            </w:tcMar>
            <w:vAlign w:val="center"/>
          </w:tcPr>
          <w:p w:rsidR="00C31A65" w:rsidRDefault="002545A9">
            <w:pPr>
              <w:spacing w:after="0"/>
            </w:pPr>
            <w:r>
              <w:rPr>
                <w:b/>
              </w:rPr>
              <w:t>Authorized signature and date</w:t>
            </w:r>
          </w:p>
        </w:tc>
        <w:tc>
          <w:tcPr>
            <w:tcW w:w="5040" w:type="dxa"/>
            <w:tcMar>
              <w:top w:w="35" w:type="dxa"/>
              <w:left w:w="60" w:type="dxa"/>
              <w:bottom w:w="35" w:type="dxa"/>
              <w:right w:w="60" w:type="dxa"/>
            </w:tcMar>
            <w:vAlign w:val="center"/>
          </w:tcPr>
          <w:p w:rsidR="00C31A65" w:rsidRDefault="002545A9">
            <w:pPr>
              <w:spacing w:after="0"/>
            </w:pPr>
            <w:r>
              <w:t>Signature: __________________  Date: ______________</w:t>
            </w:r>
          </w:p>
        </w:tc>
      </w:tr>
    </w:tbl>
    <w:p w:rsidR="00C31A65" w:rsidRDefault="002545A9">
      <w:pPr>
        <w:jc w:val="center"/>
      </w:pPr>
      <w:r>
        <w:rPr>
          <w:sz w:val="16"/>
        </w:rPr>
        <w:t>Attachments: Copy of CNIC; original booking/allotment file and receipts; payment reconciliation; join</w:t>
      </w:r>
      <w:r>
        <w:rPr>
          <w:sz w:val="16"/>
        </w:rPr>
        <w:t>t-applicant consent, if applicable; approved alternative-unit cost sheet; proof of applicable charges; and revised payment schedule.</w:t>
      </w:r>
    </w:p>
    <w:sectPr w:rsidR="00C31A65"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45A9" w:rsidRDefault="002545A9">
      <w:pPr>
        <w:spacing w:after="0"/>
      </w:pPr>
      <w:r>
        <w:separator/>
      </w:r>
    </w:p>
  </w:endnote>
  <w:endnote w:type="continuationSeparator" w:id="0">
    <w:p w:rsidR="002545A9" w:rsidRDefault="002545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A65" w:rsidRDefault="002545A9">
    <w:pPr>
      <w:pStyle w:val="Footer"/>
      <w:jc w:val="center"/>
    </w:pPr>
    <w:r>
      <w:rPr>
        <w:color w:val="646464"/>
        <w:sz w:val="16"/>
      </w:rPr>
      <w:t xml:space="preserve">TAP Builders - Standard Request for Change of </w:t>
    </w:r>
    <w:r>
      <w:rPr>
        <w:color w:val="646464"/>
        <w:sz w:val="16"/>
      </w:rPr>
      <w:t>Block/Location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45A9" w:rsidRDefault="002545A9">
      <w:pPr>
        <w:spacing w:after="0"/>
      </w:pPr>
      <w:r>
        <w:separator/>
      </w:r>
    </w:p>
  </w:footnote>
  <w:footnote w:type="continuationSeparator" w:id="0">
    <w:p w:rsidR="002545A9" w:rsidRDefault="002545A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545A9"/>
    <w:rsid w:val="0029639D"/>
    <w:rsid w:val="00326F90"/>
    <w:rsid w:val="008B5D15"/>
    <w:rsid w:val="00AA1D8D"/>
    <w:rsid w:val="00B47730"/>
    <w:rsid w:val="00C31A65"/>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E47E6044-D610-4820-B13C-B372B8E6D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40" w:line="240" w:lineRule="auto"/>
    </w:pPr>
    <w:rPr>
      <w:rFonts w:ascii="Times New Roman" w:eastAsia="Times New Roman" w:hAnsi="Times New Roman"/>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4CA2B-B971-4D44-A4F3-00B5185ED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1073</Words>
  <Characters>6120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KARAKORUM</cp:lastModifiedBy>
  <cp:revision>2</cp:revision>
  <dcterms:created xsi:type="dcterms:W3CDTF">2013-12-23T23:15:00Z</dcterms:created>
  <dcterms:modified xsi:type="dcterms:W3CDTF">2026-07-28T12:39:00Z</dcterms:modified>
  <cp:category/>
</cp:coreProperties>
</file>