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7E1" w:rsidRDefault="00E31C7A">
      <w:pPr>
        <w:jc w:val="right"/>
      </w:pPr>
      <w:r>
        <w:rPr>
          <w:b/>
        </w:rPr>
        <w:t>Date: __________________</w:t>
      </w:r>
    </w:p>
    <w:p w:rsidR="00FF27E1" w:rsidRDefault="00E31C7A">
      <w:r>
        <w:rPr>
          <w:b/>
        </w:rPr>
        <w:t>TAP BUILDERS</w:t>
      </w:r>
      <w:r>
        <w:rPr>
          <w:b/>
        </w:rPr>
        <w:br/>
      </w:r>
      <w:r>
        <w:t>PLOT NO. FL-4, SECTOR 4-A,</w:t>
      </w:r>
      <w:r>
        <w:br/>
        <w:t>SURJANI TOWN,</w:t>
      </w:r>
      <w:r>
        <w:br/>
        <w:t>KARACHI.</w:t>
      </w:r>
    </w:p>
    <w:p w:rsidR="00FF27E1" w:rsidRDefault="00E31C7A">
      <w:pPr>
        <w:jc w:val="center"/>
      </w:pPr>
      <w:r>
        <w:rPr>
          <w:b/>
          <w:sz w:val="18"/>
        </w:rPr>
        <w:t>TO BE EXECUTED ON NON-JUDICIAL STAMP PAPER</w:t>
      </w:r>
    </w:p>
    <w:p w:rsidR="00FF27E1" w:rsidRDefault="00E31C7A">
      <w:pPr>
        <w:jc w:val="center"/>
      </w:pPr>
      <w:r>
        <w:rPr>
          <w:b/>
          <w:sz w:val="22"/>
          <w:u w:val="single"/>
        </w:rPr>
        <w:t>SUBJECT: REQUEST AND UNDERTAKING FOR RESALE OF BOOKED UNIT/FLAT</w:t>
      </w:r>
    </w:p>
    <w:p w:rsidR="00FF27E1" w:rsidRDefault="00E31C7A">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xml:space="preserve">, had booked the following unit/flat in your project "FAIZ RESIDENCY", located </w:t>
      </w:r>
      <w:r>
        <w:t>at Plot No. FL-4, Sector 4-A, Surjani Town, Karachi:</w:t>
      </w:r>
    </w:p>
    <w:p w:rsidR="00FF27E1" w:rsidRDefault="00E31C7A">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Unit/Flat No.</w:t>
            </w:r>
          </w:p>
        </w:tc>
        <w:tc>
          <w:tcPr>
            <w:tcW w:w="5040" w:type="dxa"/>
            <w:tcMar>
              <w:top w:w="35" w:type="dxa"/>
              <w:left w:w="60" w:type="dxa"/>
              <w:bottom w:w="35" w:type="dxa"/>
              <w:right w:w="60" w:type="dxa"/>
            </w:tcMar>
            <w:vAlign w:val="center"/>
          </w:tcPr>
          <w:p w:rsidR="00FF27E1" w:rsidRDefault="00E31C7A">
            <w:pPr>
              <w:spacing w:after="0"/>
            </w:pPr>
            <w:r>
              <w:t>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Type</w:t>
            </w:r>
          </w:p>
        </w:tc>
        <w:tc>
          <w:tcPr>
            <w:tcW w:w="5040" w:type="dxa"/>
            <w:tcMar>
              <w:top w:w="35" w:type="dxa"/>
              <w:left w:w="60" w:type="dxa"/>
              <w:bottom w:w="35" w:type="dxa"/>
              <w:right w:w="60" w:type="dxa"/>
            </w:tcMar>
            <w:vAlign w:val="center"/>
          </w:tcPr>
          <w:p w:rsidR="00FF27E1" w:rsidRDefault="00E31C7A">
            <w:pPr>
              <w:spacing w:after="0"/>
            </w:pPr>
            <w:r>
              <w:t>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Block</w:t>
            </w:r>
          </w:p>
        </w:tc>
        <w:tc>
          <w:tcPr>
            <w:tcW w:w="5040" w:type="dxa"/>
            <w:tcMar>
              <w:top w:w="35" w:type="dxa"/>
              <w:left w:w="60" w:type="dxa"/>
              <w:bottom w:w="35" w:type="dxa"/>
              <w:right w:w="60" w:type="dxa"/>
            </w:tcMar>
            <w:vAlign w:val="center"/>
          </w:tcPr>
          <w:p w:rsidR="00FF27E1" w:rsidRDefault="00E31C7A">
            <w:pPr>
              <w:spacing w:after="0"/>
            </w:pPr>
            <w:r>
              <w:t>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Booking/File No.</w:t>
            </w:r>
          </w:p>
        </w:tc>
        <w:tc>
          <w:tcPr>
            <w:tcW w:w="5040" w:type="dxa"/>
            <w:tcMar>
              <w:top w:w="35" w:type="dxa"/>
              <w:left w:w="60" w:type="dxa"/>
              <w:bottom w:w="35" w:type="dxa"/>
              <w:right w:w="60" w:type="dxa"/>
            </w:tcMar>
            <w:vAlign w:val="center"/>
          </w:tcPr>
          <w:p w:rsidR="00FF27E1" w:rsidRDefault="00E31C7A">
            <w:pPr>
              <w:spacing w:after="0"/>
            </w:pPr>
            <w:r>
              <w:t>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Total Sale Price</w:t>
            </w:r>
          </w:p>
        </w:tc>
        <w:tc>
          <w:tcPr>
            <w:tcW w:w="5040" w:type="dxa"/>
            <w:tcMar>
              <w:top w:w="35" w:type="dxa"/>
              <w:left w:w="60" w:type="dxa"/>
              <w:bottom w:w="35" w:type="dxa"/>
              <w:right w:w="60" w:type="dxa"/>
            </w:tcMar>
            <w:vAlign w:val="center"/>
          </w:tcPr>
          <w:p w:rsidR="00FF27E1" w:rsidRDefault="00E31C7A">
            <w:pPr>
              <w:spacing w:after="0"/>
            </w:pPr>
            <w:r>
              <w:t xml:space="preserve">Rs. </w:t>
            </w:r>
            <w:r>
              <w:t>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Total Amount Paid</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Outstanding Amount</w:t>
            </w:r>
          </w:p>
        </w:tc>
        <w:tc>
          <w:tcPr>
            <w:tcW w:w="5040" w:type="dxa"/>
            <w:tcMar>
              <w:top w:w="35" w:type="dxa"/>
              <w:left w:w="60" w:type="dxa"/>
              <w:bottom w:w="35" w:type="dxa"/>
              <w:right w:w="60" w:type="dxa"/>
            </w:tcMar>
            <w:vAlign w:val="center"/>
          </w:tcPr>
          <w:p w:rsidR="00FF27E1" w:rsidRDefault="00E31C7A">
            <w:pPr>
              <w:spacing w:after="0"/>
            </w:pPr>
            <w:r>
              <w:t>Rs. __________________ /-</w:t>
            </w:r>
          </w:p>
        </w:tc>
      </w:tr>
    </w:tbl>
    <w:p w:rsidR="00FF27E1" w:rsidRDefault="00E31C7A">
      <w:pPr>
        <w:jc w:val="both"/>
      </w:pPr>
      <w:r>
        <w:t>Due to personal/unforeseen circumstances, I request TAP Builders to place the above Unit/Flat for resale and facilitate transfer of the bookin</w:t>
      </w:r>
      <w:r>
        <w:t>g to a prospective purchaser/new allottee, subject to verification, availability of a purchaser, applicable transfer charges and written approval.</w:t>
      </w:r>
    </w:p>
    <w:p w:rsidR="00FF27E1" w:rsidRDefault="00E31C7A">
      <w:r>
        <w:rPr>
          <w:b/>
        </w:rPr>
        <w:t>Requested Resale Details:</w:t>
      </w:r>
    </w:p>
    <w:tbl>
      <w:tblPr>
        <w:tblStyle w:val="TableGrid"/>
        <w:tblW w:w="0" w:type="auto"/>
        <w:jc w:val="center"/>
        <w:tblLayout w:type="fixed"/>
        <w:tblLook w:val="04A0" w:firstRow="1" w:lastRow="0" w:firstColumn="1" w:lastColumn="0" w:noHBand="0" w:noVBand="1"/>
      </w:tblPr>
      <w:tblGrid>
        <w:gridCol w:w="5040"/>
        <w:gridCol w:w="5040"/>
      </w:tblGrid>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Applicable Transfer Charges</w:t>
            </w:r>
          </w:p>
        </w:tc>
        <w:tc>
          <w:tcPr>
            <w:tcW w:w="5040" w:type="dxa"/>
            <w:tcMar>
              <w:top w:w="35" w:type="dxa"/>
              <w:left w:w="60" w:type="dxa"/>
              <w:bottom w:w="35" w:type="dxa"/>
              <w:right w:w="60" w:type="dxa"/>
            </w:tcMar>
            <w:vAlign w:val="center"/>
          </w:tcPr>
          <w:p w:rsidR="00FF27E1" w:rsidRDefault="00E31C7A">
            <w:pPr>
              <w:spacing w:after="0"/>
            </w:pPr>
            <w:r>
              <w:t>Rs. __________________ /- / As per Company Policy</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Other Applicable Charges/Taxes</w:t>
            </w:r>
          </w:p>
        </w:tc>
        <w:tc>
          <w:tcPr>
            <w:tcW w:w="5040" w:type="dxa"/>
            <w:tcMar>
              <w:top w:w="35" w:type="dxa"/>
              <w:left w:w="60" w:type="dxa"/>
              <w:bottom w:w="35" w:type="dxa"/>
              <w:right w:w="60" w:type="dxa"/>
            </w:tcMar>
            <w:vAlign w:val="center"/>
          </w:tcPr>
          <w:p w:rsidR="00FF27E1" w:rsidRDefault="00E31C7A">
            <w:pPr>
              <w:spacing w:after="0"/>
            </w:pPr>
            <w:r>
              <w:t>Rs. __________________ /- / As Applicable</w:t>
            </w:r>
          </w:p>
        </w:tc>
      </w:tr>
    </w:tbl>
    <w:p w:rsidR="00FF27E1" w:rsidRDefault="00E31C7A">
      <w:r>
        <w:t>I hereby acknowledge, confirm and undertake as follows:</w:t>
      </w:r>
    </w:p>
    <w:p w:rsidR="00FF27E1" w:rsidRDefault="00E31C7A">
      <w:pPr>
        <w:pStyle w:val="ListNumber"/>
        <w:spacing w:after="30"/>
        <w:ind w:hanging="230"/>
        <w:jc w:val="both"/>
      </w:pPr>
      <w:r>
        <w:t xml:space="preserve">This is a </w:t>
      </w:r>
      <w:r>
        <w:t>request to place the Unit/Flat on resale only. No resale, transfer or change in the booking record shall become effective until TAP Builders completes verification, receives the required documents and charges, and issues written approval or a revised booki</w:t>
      </w:r>
      <w:r>
        <w:t>ng/allotment confirmation.</w:t>
      </w:r>
    </w:p>
    <w:p w:rsidR="00FF27E1" w:rsidRDefault="00E31C7A">
      <w:pPr>
        <w:pStyle w:val="ListNumber"/>
        <w:spacing w:after="30"/>
        <w:ind w:hanging="230"/>
        <w:jc w:val="both"/>
      </w:pPr>
      <w:r>
        <w:t>TAP Builders does not guarantee that a purchaser will be found within any particular period or that the Unit/Flat will be resold at my requested price.</w:t>
      </w:r>
    </w:p>
    <w:p w:rsidR="00FF27E1" w:rsidRDefault="00E31C7A">
      <w:pPr>
        <w:pStyle w:val="ListNumber"/>
        <w:spacing w:after="30"/>
        <w:ind w:hanging="230"/>
        <w:jc w:val="both"/>
      </w:pPr>
      <w:r>
        <w:t xml:space="preserve">Until resale and transfer are completed and approved in writing, the booking </w:t>
      </w:r>
      <w:r>
        <w:t>shall remain in my name and I shall remain responsible for instalments, outstanding dues and other obligations, unless written relief is granted by TAP Builders.</w:t>
      </w:r>
    </w:p>
    <w:p w:rsidR="00FF27E1" w:rsidRDefault="00E31C7A">
      <w:pPr>
        <w:pStyle w:val="ListNumber"/>
        <w:spacing w:after="30"/>
        <w:ind w:hanging="230"/>
        <w:jc w:val="both"/>
      </w:pPr>
      <w:r>
        <w:t xml:space="preserve">I authorize TAP Builders to share non-confidential booking particulars with prospective </w:t>
      </w:r>
      <w:r>
        <w:t>purchasers and facilitate negotiations and documentation. The final resale price and settlement terms shall require my written acceptance and TAP Builders' approval.</w:t>
      </w:r>
    </w:p>
    <w:p w:rsidR="00FF27E1" w:rsidRDefault="00E31C7A">
      <w:pPr>
        <w:pStyle w:val="ListNumber"/>
        <w:spacing w:after="30"/>
        <w:ind w:hanging="230"/>
        <w:jc w:val="both"/>
      </w:pPr>
      <w:r>
        <w:t>Only payments verified in the books, bank records and official receipts of TAP Builders sh</w:t>
      </w:r>
      <w:r>
        <w:t>all be recognized. Any disputed or unverified payment shall remain subject to separate verification.</w:t>
      </w:r>
    </w:p>
    <w:p w:rsidR="00FF27E1" w:rsidRDefault="00E31C7A">
      <w:pPr>
        <w:pStyle w:val="ListNumber"/>
        <w:spacing w:after="30"/>
        <w:ind w:hanging="230"/>
        <w:jc w:val="both"/>
      </w:pPr>
      <w:r>
        <w:t>Applicable transfer charges, documentation charges, taxes, duties and other charges shall be paid or deducted in accordance with the booking terms and Comp</w:t>
      </w:r>
      <w:r>
        <w:t>any policy, as recorded in the approved resale/transfer statement.</w:t>
      </w:r>
    </w:p>
    <w:p w:rsidR="00FF27E1" w:rsidRDefault="00E31C7A">
      <w:pPr>
        <w:pStyle w:val="ListNumber"/>
        <w:spacing w:after="30"/>
        <w:ind w:hanging="230"/>
        <w:jc w:val="both"/>
      </w:pPr>
      <w:r>
        <w:t>Upon successful realization of the settlement amount due to me and issuance of the revised booking/allotment confirmation, I shall have no further right, claim or interest in the Unit/Flat,</w:t>
      </w:r>
      <w:r>
        <w:t xml:space="preserve"> except as expressly preserved in writing.</w:t>
      </w:r>
    </w:p>
    <w:p w:rsidR="00FF27E1" w:rsidRDefault="00E31C7A">
      <w:pPr>
        <w:pStyle w:val="ListNumber"/>
        <w:spacing w:after="30"/>
        <w:ind w:hanging="230"/>
        <w:jc w:val="both"/>
      </w:pPr>
      <w:r>
        <w:t xml:space="preserve">I confirm that the Unit/Flat has not been sold, assigned, pledged, mortgaged or subjected to any lien, court order, dispute or third-party right, and I shall be responsible for any claim arising from an incorrect </w:t>
      </w:r>
      <w:r>
        <w:t>declaration.</w:t>
      </w:r>
    </w:p>
    <w:p w:rsidR="00FF27E1" w:rsidRDefault="00E31C7A">
      <w:pPr>
        <w:pStyle w:val="ListNumber"/>
        <w:spacing w:after="30"/>
        <w:ind w:hanging="230"/>
        <w:jc w:val="both"/>
      </w:pPr>
      <w:r>
        <w:t>I shall surrender the original booking/allotment file, receipts and related documents upon completion of resale. If resale is not completed or approved, the booking shall continue in my name under its original terms, and placement on resale sh</w:t>
      </w:r>
      <w:r>
        <w:t>all not amount to cancellation or immediate refund.</w:t>
      </w:r>
    </w:p>
    <w:p w:rsidR="00FF27E1" w:rsidRDefault="00E31C7A">
      <w:pPr>
        <w:pStyle w:val="ListNumber"/>
        <w:spacing w:after="30"/>
        <w:ind w:hanging="230"/>
        <w:jc w:val="both"/>
      </w:pPr>
      <w:r>
        <w:t>Where the booking is jointly held, all joint applicants/co-allottees shall sign this request. I execute this undertaking voluntarily, with full consent and without pressure, coercion, misrepresentation or</w:t>
      </w:r>
      <w:r>
        <w:t xml:space="preserve"> undue influence.</w:t>
      </w:r>
    </w:p>
    <w:p w:rsidR="00FF27E1" w:rsidRDefault="00E31C7A">
      <w:r>
        <w:t>Yours sincerely,</w:t>
      </w:r>
    </w:p>
    <w:tbl>
      <w:tblPr>
        <w:tblStyle w:val="TableGrid"/>
        <w:tblW w:w="0" w:type="auto"/>
        <w:jc w:val="center"/>
        <w:tblLayout w:type="fixed"/>
        <w:tblLook w:val="04A0" w:firstRow="1" w:lastRow="0" w:firstColumn="1" w:lastColumn="0" w:noHBand="0" w:noVBand="1"/>
      </w:tblPr>
      <w:tblGrid>
        <w:gridCol w:w="5040"/>
        <w:gridCol w:w="5040"/>
      </w:tblGrid>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Name</w:t>
            </w:r>
          </w:p>
        </w:tc>
        <w:tc>
          <w:tcPr>
            <w:tcW w:w="5040" w:type="dxa"/>
            <w:tcMar>
              <w:top w:w="35" w:type="dxa"/>
              <w:left w:w="60" w:type="dxa"/>
              <w:bottom w:w="35" w:type="dxa"/>
              <w:right w:w="60" w:type="dxa"/>
            </w:tcMar>
            <w:vAlign w:val="center"/>
          </w:tcPr>
          <w:p w:rsidR="00FF27E1" w:rsidRDefault="00E31C7A">
            <w:pPr>
              <w:spacing w:after="0"/>
            </w:pPr>
            <w:r>
              <w:t>____________________________________________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CNIC No.</w:t>
            </w:r>
          </w:p>
        </w:tc>
        <w:tc>
          <w:tcPr>
            <w:tcW w:w="5040" w:type="dxa"/>
            <w:tcMar>
              <w:top w:w="35" w:type="dxa"/>
              <w:left w:w="60" w:type="dxa"/>
              <w:bottom w:w="35" w:type="dxa"/>
              <w:right w:w="60" w:type="dxa"/>
            </w:tcMar>
            <w:vAlign w:val="center"/>
          </w:tcPr>
          <w:p w:rsidR="00FF27E1" w:rsidRDefault="00E31C7A">
            <w:pPr>
              <w:spacing w:after="0"/>
            </w:pPr>
            <w:r>
              <w:t>____________________________________________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Contact No.</w:t>
            </w:r>
          </w:p>
        </w:tc>
        <w:tc>
          <w:tcPr>
            <w:tcW w:w="5040" w:type="dxa"/>
            <w:tcMar>
              <w:top w:w="35" w:type="dxa"/>
              <w:left w:w="60" w:type="dxa"/>
              <w:bottom w:w="35" w:type="dxa"/>
              <w:right w:w="60" w:type="dxa"/>
            </w:tcMar>
            <w:vAlign w:val="center"/>
          </w:tcPr>
          <w:p w:rsidR="00FF27E1" w:rsidRDefault="00E31C7A">
            <w:pPr>
              <w:spacing w:after="0"/>
            </w:pPr>
            <w:r>
              <w:t>____________________________________________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Address</w:t>
            </w:r>
          </w:p>
        </w:tc>
        <w:tc>
          <w:tcPr>
            <w:tcW w:w="5040" w:type="dxa"/>
            <w:tcMar>
              <w:top w:w="35" w:type="dxa"/>
              <w:left w:w="60" w:type="dxa"/>
              <w:bottom w:w="35" w:type="dxa"/>
              <w:right w:w="60" w:type="dxa"/>
            </w:tcMar>
            <w:vAlign w:val="center"/>
          </w:tcPr>
          <w:p w:rsidR="00FF27E1" w:rsidRDefault="00E31C7A">
            <w:pPr>
              <w:spacing w:after="0"/>
            </w:pPr>
            <w:r>
              <w:t>____________________________________________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Signature</w:t>
            </w:r>
          </w:p>
        </w:tc>
        <w:tc>
          <w:tcPr>
            <w:tcW w:w="5040" w:type="dxa"/>
            <w:tcMar>
              <w:top w:w="35" w:type="dxa"/>
              <w:left w:w="60" w:type="dxa"/>
              <w:bottom w:w="35" w:type="dxa"/>
              <w:right w:w="60" w:type="dxa"/>
            </w:tcMar>
            <w:vAlign w:val="center"/>
          </w:tcPr>
          <w:p w:rsidR="00FF27E1" w:rsidRDefault="00E31C7A">
            <w:pPr>
              <w:spacing w:after="0"/>
            </w:pPr>
            <w:r>
              <w:t>____________________________________________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Thumb Impression</w:t>
            </w:r>
          </w:p>
        </w:tc>
        <w:tc>
          <w:tcPr>
            <w:tcW w:w="5040" w:type="dxa"/>
            <w:tcMar>
              <w:top w:w="35" w:type="dxa"/>
              <w:left w:w="60" w:type="dxa"/>
              <w:bottom w:w="35" w:type="dxa"/>
              <w:right w:w="60" w:type="dxa"/>
            </w:tcMar>
            <w:vAlign w:val="center"/>
          </w:tcPr>
          <w:p w:rsidR="00FF27E1" w:rsidRDefault="00E31C7A">
            <w:pPr>
              <w:spacing w:after="0"/>
            </w:pPr>
            <w:r>
              <w:t>____________________________________________</w:t>
            </w:r>
          </w:p>
        </w:tc>
      </w:tr>
    </w:tbl>
    <w:p w:rsidR="00FF27E1" w:rsidRDefault="00E31C7A">
      <w:r>
        <w:rPr>
          <w:b/>
        </w:rPr>
        <w:lastRenderedPageBreak/>
        <w:t>Joint Applicant/Co-Allottee, if applicable:</w:t>
      </w:r>
    </w:p>
    <w:p w:rsidR="00FF27E1" w:rsidRDefault="00E31C7A">
      <w:r>
        <w:t>Name: __________________________  CNIC No.: __________________________  Signature: __________</w:t>
      </w:r>
      <w:r>
        <w:t>________________</w:t>
      </w:r>
    </w:p>
    <w:p w:rsidR="00FF27E1" w:rsidRDefault="00E31C7A">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FF27E1">
        <w:trPr>
          <w:jc w:val="center"/>
        </w:trPr>
        <w:tc>
          <w:tcPr>
            <w:tcW w:w="2520" w:type="dxa"/>
            <w:shd w:val="clear" w:color="auto" w:fill="5B9BD5"/>
            <w:tcMar>
              <w:top w:w="35" w:type="dxa"/>
              <w:left w:w="60" w:type="dxa"/>
              <w:bottom w:w="35" w:type="dxa"/>
              <w:right w:w="60" w:type="dxa"/>
            </w:tcMar>
          </w:tcPr>
          <w:p w:rsidR="00FF27E1" w:rsidRDefault="00E31C7A">
            <w:pPr>
              <w:spacing w:after="0"/>
              <w:jc w:val="center"/>
            </w:pPr>
            <w:r>
              <w:rPr>
                <w:b/>
                <w:color w:val="FFFFFF"/>
              </w:rPr>
              <w:t>Witness</w:t>
            </w:r>
          </w:p>
        </w:tc>
        <w:tc>
          <w:tcPr>
            <w:tcW w:w="2520" w:type="dxa"/>
            <w:shd w:val="clear" w:color="auto" w:fill="5B9BD5"/>
            <w:tcMar>
              <w:top w:w="35" w:type="dxa"/>
              <w:left w:w="60" w:type="dxa"/>
              <w:bottom w:w="35" w:type="dxa"/>
              <w:right w:w="60" w:type="dxa"/>
            </w:tcMar>
          </w:tcPr>
          <w:p w:rsidR="00FF27E1" w:rsidRDefault="00E31C7A">
            <w:pPr>
              <w:spacing w:after="0"/>
              <w:jc w:val="center"/>
            </w:pPr>
            <w:r>
              <w:rPr>
                <w:b/>
                <w:color w:val="FFFFFF"/>
              </w:rPr>
              <w:t>Name</w:t>
            </w:r>
          </w:p>
        </w:tc>
        <w:tc>
          <w:tcPr>
            <w:tcW w:w="2520" w:type="dxa"/>
            <w:shd w:val="clear" w:color="auto" w:fill="5B9BD5"/>
            <w:tcMar>
              <w:top w:w="35" w:type="dxa"/>
              <w:left w:w="60" w:type="dxa"/>
              <w:bottom w:w="35" w:type="dxa"/>
              <w:right w:w="60" w:type="dxa"/>
            </w:tcMar>
          </w:tcPr>
          <w:p w:rsidR="00FF27E1" w:rsidRDefault="00E31C7A">
            <w:pPr>
              <w:spacing w:after="0"/>
              <w:jc w:val="center"/>
            </w:pPr>
            <w:r>
              <w:rPr>
                <w:b/>
                <w:color w:val="FFFFFF"/>
              </w:rPr>
              <w:t>CNIC No.</w:t>
            </w:r>
          </w:p>
        </w:tc>
        <w:tc>
          <w:tcPr>
            <w:tcW w:w="2520" w:type="dxa"/>
            <w:shd w:val="clear" w:color="auto" w:fill="5B9BD5"/>
            <w:tcMar>
              <w:top w:w="35" w:type="dxa"/>
              <w:left w:w="60" w:type="dxa"/>
              <w:bottom w:w="35" w:type="dxa"/>
              <w:right w:w="60" w:type="dxa"/>
            </w:tcMar>
          </w:tcPr>
          <w:p w:rsidR="00FF27E1" w:rsidRDefault="00E31C7A">
            <w:pPr>
              <w:spacing w:after="0"/>
              <w:jc w:val="center"/>
            </w:pPr>
            <w:r>
              <w:rPr>
                <w:b/>
                <w:color w:val="FFFFFF"/>
              </w:rPr>
              <w:t>Signature</w:t>
            </w:r>
          </w:p>
        </w:tc>
      </w:tr>
      <w:tr w:rsidR="00FF27E1">
        <w:trPr>
          <w:jc w:val="center"/>
        </w:trPr>
        <w:tc>
          <w:tcPr>
            <w:tcW w:w="2520" w:type="dxa"/>
            <w:tcMar>
              <w:top w:w="35" w:type="dxa"/>
              <w:left w:w="60" w:type="dxa"/>
              <w:bottom w:w="35" w:type="dxa"/>
              <w:right w:w="60" w:type="dxa"/>
            </w:tcMar>
          </w:tcPr>
          <w:p w:rsidR="00FF27E1" w:rsidRDefault="00E31C7A">
            <w:pPr>
              <w:spacing w:after="0"/>
              <w:jc w:val="center"/>
            </w:pPr>
            <w:r>
              <w:t>1</w:t>
            </w:r>
          </w:p>
        </w:tc>
        <w:tc>
          <w:tcPr>
            <w:tcW w:w="2520" w:type="dxa"/>
            <w:tcMar>
              <w:top w:w="35" w:type="dxa"/>
              <w:left w:w="60" w:type="dxa"/>
              <w:bottom w:w="35" w:type="dxa"/>
              <w:right w:w="60" w:type="dxa"/>
            </w:tcMar>
          </w:tcPr>
          <w:p w:rsidR="00FF27E1" w:rsidRDefault="00E31C7A">
            <w:pPr>
              <w:spacing w:after="0"/>
              <w:jc w:val="center"/>
            </w:pPr>
            <w:r>
              <w:t>____________________</w:t>
            </w:r>
          </w:p>
        </w:tc>
        <w:tc>
          <w:tcPr>
            <w:tcW w:w="2520" w:type="dxa"/>
            <w:tcMar>
              <w:top w:w="35" w:type="dxa"/>
              <w:left w:w="60" w:type="dxa"/>
              <w:bottom w:w="35" w:type="dxa"/>
              <w:right w:w="60" w:type="dxa"/>
            </w:tcMar>
          </w:tcPr>
          <w:p w:rsidR="00FF27E1" w:rsidRDefault="00E31C7A">
            <w:pPr>
              <w:spacing w:after="0"/>
              <w:jc w:val="center"/>
            </w:pPr>
            <w:r>
              <w:t>____________________</w:t>
            </w:r>
          </w:p>
        </w:tc>
        <w:tc>
          <w:tcPr>
            <w:tcW w:w="2520" w:type="dxa"/>
            <w:tcMar>
              <w:top w:w="35" w:type="dxa"/>
              <w:left w:w="60" w:type="dxa"/>
              <w:bottom w:w="35" w:type="dxa"/>
              <w:right w:w="60" w:type="dxa"/>
            </w:tcMar>
          </w:tcPr>
          <w:p w:rsidR="00FF27E1" w:rsidRDefault="00E31C7A">
            <w:pPr>
              <w:spacing w:after="0"/>
              <w:jc w:val="center"/>
            </w:pPr>
            <w:r>
              <w:t>____________________</w:t>
            </w:r>
          </w:p>
        </w:tc>
      </w:tr>
      <w:tr w:rsidR="00FF27E1">
        <w:trPr>
          <w:jc w:val="center"/>
        </w:trPr>
        <w:tc>
          <w:tcPr>
            <w:tcW w:w="2520" w:type="dxa"/>
            <w:tcMar>
              <w:top w:w="35" w:type="dxa"/>
              <w:left w:w="60" w:type="dxa"/>
              <w:bottom w:w="35" w:type="dxa"/>
              <w:right w:w="60" w:type="dxa"/>
            </w:tcMar>
          </w:tcPr>
          <w:p w:rsidR="00FF27E1" w:rsidRDefault="00E31C7A">
            <w:pPr>
              <w:spacing w:after="0"/>
              <w:jc w:val="center"/>
            </w:pPr>
            <w:r>
              <w:t>2</w:t>
            </w:r>
          </w:p>
        </w:tc>
        <w:tc>
          <w:tcPr>
            <w:tcW w:w="2520" w:type="dxa"/>
            <w:tcMar>
              <w:top w:w="35" w:type="dxa"/>
              <w:left w:w="60" w:type="dxa"/>
              <w:bottom w:w="35" w:type="dxa"/>
              <w:right w:w="60" w:type="dxa"/>
            </w:tcMar>
          </w:tcPr>
          <w:p w:rsidR="00FF27E1" w:rsidRDefault="00E31C7A">
            <w:pPr>
              <w:spacing w:after="0"/>
              <w:jc w:val="center"/>
            </w:pPr>
            <w:r>
              <w:t>____________________</w:t>
            </w:r>
          </w:p>
        </w:tc>
        <w:tc>
          <w:tcPr>
            <w:tcW w:w="2520" w:type="dxa"/>
            <w:tcMar>
              <w:top w:w="35" w:type="dxa"/>
              <w:left w:w="60" w:type="dxa"/>
              <w:bottom w:w="35" w:type="dxa"/>
              <w:right w:w="60" w:type="dxa"/>
            </w:tcMar>
          </w:tcPr>
          <w:p w:rsidR="00FF27E1" w:rsidRDefault="00E31C7A">
            <w:pPr>
              <w:spacing w:after="0"/>
              <w:jc w:val="center"/>
            </w:pPr>
            <w:r>
              <w:t>____________________</w:t>
            </w:r>
          </w:p>
        </w:tc>
        <w:tc>
          <w:tcPr>
            <w:tcW w:w="2520" w:type="dxa"/>
            <w:tcMar>
              <w:top w:w="35" w:type="dxa"/>
              <w:left w:w="60" w:type="dxa"/>
              <w:bottom w:w="35" w:type="dxa"/>
              <w:right w:w="60" w:type="dxa"/>
            </w:tcMar>
          </w:tcPr>
          <w:p w:rsidR="00FF27E1" w:rsidRDefault="00E31C7A">
            <w:pPr>
              <w:spacing w:after="0"/>
              <w:jc w:val="center"/>
            </w:pPr>
            <w:r>
              <w:t>____________________</w:t>
            </w:r>
          </w:p>
        </w:tc>
      </w:tr>
    </w:tbl>
    <w:p w:rsidR="00FF27E1" w:rsidRDefault="00E31C7A">
      <w:r>
        <w:rPr>
          <w:b/>
        </w:rPr>
        <w:t>For Official Use - TAP Builders</w:t>
      </w:r>
    </w:p>
    <w:tbl>
      <w:tblPr>
        <w:tblStyle w:val="TableGrid"/>
        <w:tblW w:w="0" w:type="auto"/>
        <w:jc w:val="center"/>
        <w:tblLayout w:type="fixed"/>
        <w:tblLook w:val="04A0" w:firstRow="1" w:lastRow="0" w:firstColumn="1" w:lastColumn="0" w:noHBand="0" w:noVBand="1"/>
      </w:tblPr>
      <w:tblGrid>
        <w:gridCol w:w="5040"/>
        <w:gridCol w:w="5040"/>
      </w:tblGrid>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Booking/payment record verified</w:t>
            </w:r>
            <w:r>
              <w:rPr>
                <w:b/>
              </w:rPr>
              <w:t xml:space="preserve"> by</w:t>
            </w:r>
          </w:p>
        </w:tc>
        <w:tc>
          <w:tcPr>
            <w:tcW w:w="5040" w:type="dxa"/>
            <w:tcMar>
              <w:top w:w="35" w:type="dxa"/>
              <w:left w:w="60" w:type="dxa"/>
              <w:bottom w:w="35" w:type="dxa"/>
              <w:right w:w="60" w:type="dxa"/>
            </w:tcMar>
            <w:vAlign w:val="center"/>
          </w:tcPr>
          <w:p w:rsidR="00FF27E1" w:rsidRDefault="00E31C7A">
            <w:pPr>
              <w:spacing w:after="0"/>
            </w:pPr>
            <w:r>
              <w:t>Name/Designation: 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Verified amount paid</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Outstanding amount</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Approved resale price</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Applicable transfer charges</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Other charges/taxes</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Settlement amount</w:t>
            </w:r>
          </w:p>
        </w:tc>
        <w:tc>
          <w:tcPr>
            <w:tcW w:w="5040" w:type="dxa"/>
            <w:tcMar>
              <w:top w:w="35" w:type="dxa"/>
              <w:left w:w="60" w:type="dxa"/>
              <w:bottom w:w="35" w:type="dxa"/>
              <w:right w:w="60" w:type="dxa"/>
            </w:tcMar>
            <w:vAlign w:val="center"/>
          </w:tcPr>
          <w:p w:rsidR="00FF27E1" w:rsidRDefault="00E31C7A">
            <w:pPr>
              <w:spacing w:after="0"/>
            </w:pPr>
            <w:r>
              <w:t>Rs. __________________ /-</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Original documents received by</w:t>
            </w:r>
          </w:p>
        </w:tc>
        <w:tc>
          <w:tcPr>
            <w:tcW w:w="5040" w:type="dxa"/>
            <w:tcMar>
              <w:top w:w="35" w:type="dxa"/>
              <w:left w:w="60" w:type="dxa"/>
              <w:bottom w:w="35" w:type="dxa"/>
              <w:right w:w="60" w:type="dxa"/>
            </w:tcMar>
            <w:vAlign w:val="center"/>
          </w:tcPr>
          <w:p w:rsidR="00FF27E1" w:rsidRDefault="00E31C7A">
            <w:pPr>
              <w:spacing w:after="0"/>
            </w:pPr>
            <w:r>
              <w:t>Name/Designation: 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r>
              <w:rPr>
                <w:b/>
              </w:rPr>
              <w:t>Management approval</w:t>
            </w:r>
          </w:p>
        </w:tc>
        <w:tc>
          <w:tcPr>
            <w:tcW w:w="5040" w:type="dxa"/>
            <w:tcMar>
              <w:top w:w="35" w:type="dxa"/>
              <w:left w:w="60" w:type="dxa"/>
              <w:bottom w:w="35" w:type="dxa"/>
              <w:right w:w="60" w:type="dxa"/>
            </w:tcMar>
            <w:vAlign w:val="center"/>
          </w:tcPr>
          <w:p w:rsidR="00FF27E1" w:rsidRDefault="00E31C7A">
            <w:pPr>
              <w:spacing w:after="0"/>
            </w:pPr>
            <w:r>
              <w:t>Name/Designation: _________________________________</w:t>
            </w:r>
          </w:p>
        </w:tc>
      </w:tr>
      <w:tr w:rsidR="00FF27E1">
        <w:trPr>
          <w:cantSplit/>
          <w:jc w:val="center"/>
        </w:trPr>
        <w:tc>
          <w:tcPr>
            <w:tcW w:w="5040" w:type="dxa"/>
            <w:shd w:val="clear" w:color="auto" w:fill="D9EAF7"/>
            <w:tcMar>
              <w:top w:w="35" w:type="dxa"/>
              <w:left w:w="60" w:type="dxa"/>
              <w:bottom w:w="35" w:type="dxa"/>
              <w:right w:w="60" w:type="dxa"/>
            </w:tcMar>
            <w:vAlign w:val="center"/>
          </w:tcPr>
          <w:p w:rsidR="00FF27E1" w:rsidRDefault="00E31C7A">
            <w:pPr>
              <w:spacing w:after="0"/>
            </w:pPr>
            <w:bookmarkStart w:id="0" w:name="_GoBack"/>
            <w:bookmarkEnd w:id="0"/>
            <w:r>
              <w:rPr>
                <w:b/>
              </w:rPr>
              <w:t>Authorized signature and date</w:t>
            </w:r>
          </w:p>
        </w:tc>
        <w:tc>
          <w:tcPr>
            <w:tcW w:w="5040" w:type="dxa"/>
            <w:tcMar>
              <w:top w:w="35" w:type="dxa"/>
              <w:left w:w="60" w:type="dxa"/>
              <w:bottom w:w="35" w:type="dxa"/>
              <w:right w:w="60" w:type="dxa"/>
            </w:tcMar>
            <w:vAlign w:val="center"/>
          </w:tcPr>
          <w:p w:rsidR="00FF27E1" w:rsidRDefault="00E31C7A">
            <w:pPr>
              <w:spacing w:after="0"/>
            </w:pPr>
            <w:r>
              <w:t>Signature: __________________  Date: ______________</w:t>
            </w:r>
          </w:p>
        </w:tc>
      </w:tr>
    </w:tbl>
    <w:p w:rsidR="00FF27E1" w:rsidRDefault="00E31C7A">
      <w:pPr>
        <w:jc w:val="center"/>
      </w:pPr>
      <w:r>
        <w:rPr>
          <w:sz w:val="16"/>
        </w:rPr>
        <w:t>Attachment</w:t>
      </w:r>
      <w:r>
        <w:rPr>
          <w:sz w:val="16"/>
        </w:rPr>
        <w:t>s: Copy of CNIC; original booking/allotment file and receipts; payment reconciliation; joint applicant consent, if applicable; purchaser KYC when finalized; transfer charge/tax proof; and approved resale/transfer statement.</w:t>
      </w:r>
    </w:p>
    <w:sectPr w:rsidR="00FF27E1"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C7A" w:rsidRDefault="00E31C7A">
      <w:pPr>
        <w:spacing w:after="0"/>
      </w:pPr>
      <w:r>
        <w:separator/>
      </w:r>
    </w:p>
  </w:endnote>
  <w:endnote w:type="continuationSeparator" w:id="0">
    <w:p w:rsidR="00E31C7A" w:rsidRDefault="00E31C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7E1" w:rsidRDefault="00E31C7A">
    <w:pPr>
      <w:pStyle w:val="Footer"/>
      <w:jc w:val="center"/>
    </w:pPr>
    <w:r>
      <w:rPr>
        <w:color w:val="646464"/>
        <w:sz w:val="16"/>
      </w:rPr>
      <w:t>TAP Builders - Standard Request for Resale of Booked Unit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C7A" w:rsidRDefault="00E31C7A">
      <w:pPr>
        <w:spacing w:after="0"/>
      </w:pPr>
      <w:r>
        <w:separator/>
      </w:r>
    </w:p>
  </w:footnote>
  <w:footnote w:type="continuationSeparator" w:id="0">
    <w:p w:rsidR="00E31C7A" w:rsidRDefault="00E31C7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4EB6"/>
    <w:rsid w:val="00AA1D8D"/>
    <w:rsid w:val="00B47730"/>
    <w:rsid w:val="00CB0664"/>
    <w:rsid w:val="00E31C7A"/>
    <w:rsid w:val="00FC693F"/>
    <w:rsid w:val="00FF2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40" w:line="240"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8311D-053A-440D-9B86-60A71B134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2026-07-28T11:57:00Z</dcterms:modified>
  <cp:category/>
</cp:coreProperties>
</file>