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7425" w:rsidRDefault="00A52EBD">
      <w:pPr>
        <w:jc w:val="right"/>
      </w:pPr>
      <w:r>
        <w:rPr>
          <w:b/>
        </w:rPr>
        <w:t>Date: __________________</w:t>
      </w:r>
    </w:p>
    <w:p w:rsidR="002B7425" w:rsidRDefault="00A52EBD">
      <w:r>
        <w:rPr>
          <w:b/>
        </w:rPr>
        <w:t>TAP BUILDERS</w:t>
      </w:r>
      <w:r>
        <w:rPr>
          <w:b/>
        </w:rPr>
        <w:br/>
      </w:r>
      <w:r>
        <w:t>PLOT NO. FL-4, SECTOR 4-A,</w:t>
      </w:r>
      <w:r>
        <w:br/>
        <w:t>SURJANI TOWN,</w:t>
      </w:r>
      <w:r>
        <w:br/>
        <w:t>KARACHI.</w:t>
      </w:r>
    </w:p>
    <w:p w:rsidR="002B7425" w:rsidRDefault="00A52EBD">
      <w:pPr>
        <w:jc w:val="center"/>
      </w:pPr>
      <w:r>
        <w:rPr>
          <w:b/>
          <w:sz w:val="18"/>
        </w:rPr>
        <w:t xml:space="preserve">TO BE EXECUTED ON NON-JUDICIAL STAMP PAPER </w:t>
      </w:r>
    </w:p>
    <w:p w:rsidR="002B7425" w:rsidRDefault="00A52EBD">
      <w:pPr>
        <w:jc w:val="center"/>
      </w:pPr>
      <w:r>
        <w:rPr>
          <w:b/>
          <w:sz w:val="22"/>
          <w:u w:val="single"/>
        </w:rPr>
        <w:t>SUBJECT: REQUEST AND UNDERTAKING FOR RESCHEDULING OF PAYMENT PLAN</w:t>
      </w:r>
    </w:p>
    <w:p w:rsidR="002B7425" w:rsidRDefault="00A52EBD">
      <w:pPr>
        <w:jc w:val="both"/>
      </w:pPr>
      <w:r>
        <w:t xml:space="preserve">I, </w:t>
      </w:r>
      <w:r>
        <w:rPr>
          <w:u w:val="single"/>
        </w:rPr>
        <w:t>______________________________</w:t>
      </w:r>
      <w:r>
        <w:t xml:space="preserve">, S/O / D/O / W/O </w:t>
      </w:r>
      <w:r>
        <w:rPr>
          <w:u w:val="single"/>
        </w:rPr>
        <w:t>______________________________</w:t>
      </w:r>
      <w:r>
        <w:t xml:space="preserve">, holding CNIC No. </w:t>
      </w:r>
      <w:r>
        <w:rPr>
          <w:u w:val="single"/>
        </w:rPr>
        <w:t>______________________________</w:t>
      </w:r>
      <w:r>
        <w:t xml:space="preserve">, and residing at </w:t>
      </w:r>
      <w:r>
        <w:rPr>
          <w:u w:val="single"/>
        </w:rPr>
        <w:t>______________________________________________________________</w:t>
      </w:r>
      <w:r>
        <w:t xml:space="preserve">, had booked the following unit/flat in your project "FAIZ RESIDENCY", located </w:t>
      </w:r>
      <w:r>
        <w:t>at Plot No. FL-4, Sector 4-A, Surjani Town, Karachi:</w:t>
      </w:r>
    </w:p>
    <w:p w:rsidR="002B7425" w:rsidRDefault="00A52EBD">
      <w:r>
        <w:rPr>
          <w:b/>
        </w:rPr>
        <w:t>Booking Details:</w:t>
      </w:r>
    </w:p>
    <w:tbl>
      <w:tblPr>
        <w:tblStyle w:val="TableGrid"/>
        <w:tblW w:w="0" w:type="auto"/>
        <w:jc w:val="center"/>
        <w:tblLayout w:type="fixed"/>
        <w:tblLook w:val="04A0" w:firstRow="1" w:lastRow="0" w:firstColumn="1" w:lastColumn="0" w:noHBand="0" w:noVBand="1"/>
      </w:tblPr>
      <w:tblGrid>
        <w:gridCol w:w="5040"/>
        <w:gridCol w:w="5040"/>
      </w:tblGrid>
      <w:tr w:rsidR="002B7425">
        <w:trPr>
          <w:cantSplit/>
          <w:jc w:val="center"/>
        </w:trPr>
        <w:tc>
          <w:tcPr>
            <w:tcW w:w="5040" w:type="dxa"/>
            <w:shd w:val="clear" w:color="auto" w:fill="D9EAF7"/>
            <w:tcMar>
              <w:top w:w="35" w:type="dxa"/>
              <w:left w:w="60" w:type="dxa"/>
              <w:bottom w:w="35" w:type="dxa"/>
              <w:right w:w="60" w:type="dxa"/>
            </w:tcMar>
            <w:vAlign w:val="center"/>
          </w:tcPr>
          <w:p w:rsidR="002B7425" w:rsidRDefault="00A52EBD">
            <w:pPr>
              <w:spacing w:after="0"/>
            </w:pPr>
            <w:r>
              <w:rPr>
                <w:b/>
              </w:rPr>
              <w:t>Unit/Flat No.</w:t>
            </w:r>
          </w:p>
        </w:tc>
        <w:tc>
          <w:tcPr>
            <w:tcW w:w="5040" w:type="dxa"/>
            <w:tcMar>
              <w:top w:w="35" w:type="dxa"/>
              <w:left w:w="60" w:type="dxa"/>
              <w:bottom w:w="35" w:type="dxa"/>
              <w:right w:w="60" w:type="dxa"/>
            </w:tcMar>
            <w:vAlign w:val="center"/>
          </w:tcPr>
          <w:p w:rsidR="002B7425" w:rsidRDefault="00A52EBD">
            <w:pPr>
              <w:spacing w:after="0"/>
            </w:pPr>
            <w:r>
              <w:t>____________________________</w:t>
            </w:r>
          </w:p>
        </w:tc>
      </w:tr>
      <w:tr w:rsidR="002B7425">
        <w:trPr>
          <w:cantSplit/>
          <w:jc w:val="center"/>
        </w:trPr>
        <w:tc>
          <w:tcPr>
            <w:tcW w:w="5040" w:type="dxa"/>
            <w:shd w:val="clear" w:color="auto" w:fill="D9EAF7"/>
            <w:tcMar>
              <w:top w:w="35" w:type="dxa"/>
              <w:left w:w="60" w:type="dxa"/>
              <w:bottom w:w="35" w:type="dxa"/>
              <w:right w:w="60" w:type="dxa"/>
            </w:tcMar>
            <w:vAlign w:val="center"/>
          </w:tcPr>
          <w:p w:rsidR="002B7425" w:rsidRDefault="00A52EBD">
            <w:pPr>
              <w:spacing w:after="0"/>
            </w:pPr>
            <w:r>
              <w:rPr>
                <w:b/>
              </w:rPr>
              <w:t>Type</w:t>
            </w:r>
          </w:p>
        </w:tc>
        <w:tc>
          <w:tcPr>
            <w:tcW w:w="5040" w:type="dxa"/>
            <w:tcMar>
              <w:top w:w="35" w:type="dxa"/>
              <w:left w:w="60" w:type="dxa"/>
              <w:bottom w:w="35" w:type="dxa"/>
              <w:right w:w="60" w:type="dxa"/>
            </w:tcMar>
            <w:vAlign w:val="center"/>
          </w:tcPr>
          <w:p w:rsidR="002B7425" w:rsidRDefault="00A52EBD">
            <w:pPr>
              <w:spacing w:after="0"/>
            </w:pPr>
            <w:r>
              <w:t>____________________________</w:t>
            </w:r>
          </w:p>
        </w:tc>
      </w:tr>
      <w:tr w:rsidR="002B7425">
        <w:trPr>
          <w:cantSplit/>
          <w:jc w:val="center"/>
        </w:trPr>
        <w:tc>
          <w:tcPr>
            <w:tcW w:w="5040" w:type="dxa"/>
            <w:shd w:val="clear" w:color="auto" w:fill="D9EAF7"/>
            <w:tcMar>
              <w:top w:w="35" w:type="dxa"/>
              <w:left w:w="60" w:type="dxa"/>
              <w:bottom w:w="35" w:type="dxa"/>
              <w:right w:w="60" w:type="dxa"/>
            </w:tcMar>
            <w:vAlign w:val="center"/>
          </w:tcPr>
          <w:p w:rsidR="002B7425" w:rsidRDefault="00A52EBD">
            <w:pPr>
              <w:spacing w:after="0"/>
            </w:pPr>
            <w:r>
              <w:rPr>
                <w:b/>
              </w:rPr>
              <w:t>Block</w:t>
            </w:r>
          </w:p>
        </w:tc>
        <w:tc>
          <w:tcPr>
            <w:tcW w:w="5040" w:type="dxa"/>
            <w:tcMar>
              <w:top w:w="35" w:type="dxa"/>
              <w:left w:w="60" w:type="dxa"/>
              <w:bottom w:w="35" w:type="dxa"/>
              <w:right w:w="60" w:type="dxa"/>
            </w:tcMar>
            <w:vAlign w:val="center"/>
          </w:tcPr>
          <w:p w:rsidR="002B7425" w:rsidRDefault="00A52EBD">
            <w:pPr>
              <w:spacing w:after="0"/>
            </w:pPr>
            <w:r>
              <w:t>____________________________</w:t>
            </w:r>
          </w:p>
        </w:tc>
      </w:tr>
      <w:tr w:rsidR="002B7425">
        <w:trPr>
          <w:cantSplit/>
          <w:jc w:val="center"/>
        </w:trPr>
        <w:tc>
          <w:tcPr>
            <w:tcW w:w="5040" w:type="dxa"/>
            <w:shd w:val="clear" w:color="auto" w:fill="D9EAF7"/>
            <w:tcMar>
              <w:top w:w="35" w:type="dxa"/>
              <w:left w:w="60" w:type="dxa"/>
              <w:bottom w:w="35" w:type="dxa"/>
              <w:right w:w="60" w:type="dxa"/>
            </w:tcMar>
            <w:vAlign w:val="center"/>
          </w:tcPr>
          <w:p w:rsidR="002B7425" w:rsidRDefault="00A52EBD">
            <w:pPr>
              <w:spacing w:after="0"/>
            </w:pPr>
            <w:r>
              <w:rPr>
                <w:b/>
              </w:rPr>
              <w:t>Booking/File No.</w:t>
            </w:r>
          </w:p>
        </w:tc>
        <w:tc>
          <w:tcPr>
            <w:tcW w:w="5040" w:type="dxa"/>
            <w:tcMar>
              <w:top w:w="35" w:type="dxa"/>
              <w:left w:w="60" w:type="dxa"/>
              <w:bottom w:w="35" w:type="dxa"/>
              <w:right w:w="60" w:type="dxa"/>
            </w:tcMar>
            <w:vAlign w:val="center"/>
          </w:tcPr>
          <w:p w:rsidR="002B7425" w:rsidRDefault="00A52EBD">
            <w:pPr>
              <w:spacing w:after="0"/>
            </w:pPr>
            <w:r>
              <w:t>____________________________</w:t>
            </w:r>
          </w:p>
        </w:tc>
      </w:tr>
      <w:tr w:rsidR="002B7425">
        <w:trPr>
          <w:cantSplit/>
          <w:jc w:val="center"/>
        </w:trPr>
        <w:tc>
          <w:tcPr>
            <w:tcW w:w="5040" w:type="dxa"/>
            <w:shd w:val="clear" w:color="auto" w:fill="D9EAF7"/>
            <w:tcMar>
              <w:top w:w="35" w:type="dxa"/>
              <w:left w:w="60" w:type="dxa"/>
              <w:bottom w:w="35" w:type="dxa"/>
              <w:right w:w="60" w:type="dxa"/>
            </w:tcMar>
            <w:vAlign w:val="center"/>
          </w:tcPr>
          <w:p w:rsidR="002B7425" w:rsidRDefault="00A52EBD">
            <w:pPr>
              <w:spacing w:after="0"/>
            </w:pPr>
            <w:r>
              <w:rPr>
                <w:b/>
              </w:rPr>
              <w:t>Total Sale Price</w:t>
            </w:r>
          </w:p>
        </w:tc>
        <w:tc>
          <w:tcPr>
            <w:tcW w:w="5040" w:type="dxa"/>
            <w:tcMar>
              <w:top w:w="35" w:type="dxa"/>
              <w:left w:w="60" w:type="dxa"/>
              <w:bottom w:w="35" w:type="dxa"/>
              <w:right w:w="60" w:type="dxa"/>
            </w:tcMar>
            <w:vAlign w:val="center"/>
          </w:tcPr>
          <w:p w:rsidR="002B7425" w:rsidRDefault="00A52EBD">
            <w:pPr>
              <w:spacing w:after="0"/>
            </w:pPr>
            <w:r>
              <w:t xml:space="preserve">Rs. </w:t>
            </w:r>
            <w:r>
              <w:t>__________________ /-</w:t>
            </w:r>
          </w:p>
        </w:tc>
      </w:tr>
      <w:tr w:rsidR="002B7425">
        <w:trPr>
          <w:cantSplit/>
          <w:jc w:val="center"/>
        </w:trPr>
        <w:tc>
          <w:tcPr>
            <w:tcW w:w="5040" w:type="dxa"/>
            <w:shd w:val="clear" w:color="auto" w:fill="D9EAF7"/>
            <w:tcMar>
              <w:top w:w="35" w:type="dxa"/>
              <w:left w:w="60" w:type="dxa"/>
              <w:bottom w:w="35" w:type="dxa"/>
              <w:right w:w="60" w:type="dxa"/>
            </w:tcMar>
            <w:vAlign w:val="center"/>
          </w:tcPr>
          <w:p w:rsidR="002B7425" w:rsidRDefault="00A52EBD">
            <w:pPr>
              <w:spacing w:after="0"/>
            </w:pPr>
            <w:r>
              <w:rPr>
                <w:b/>
              </w:rPr>
              <w:t>Total Amount Paid</w:t>
            </w:r>
          </w:p>
        </w:tc>
        <w:tc>
          <w:tcPr>
            <w:tcW w:w="5040" w:type="dxa"/>
            <w:tcMar>
              <w:top w:w="35" w:type="dxa"/>
              <w:left w:w="60" w:type="dxa"/>
              <w:bottom w:w="35" w:type="dxa"/>
              <w:right w:w="60" w:type="dxa"/>
            </w:tcMar>
            <w:vAlign w:val="center"/>
          </w:tcPr>
          <w:p w:rsidR="002B7425" w:rsidRDefault="00A52EBD">
            <w:pPr>
              <w:spacing w:after="0"/>
            </w:pPr>
            <w:r>
              <w:t>Rs. __________________ /-</w:t>
            </w:r>
          </w:p>
        </w:tc>
      </w:tr>
      <w:tr w:rsidR="002B7425">
        <w:trPr>
          <w:cantSplit/>
          <w:jc w:val="center"/>
        </w:trPr>
        <w:tc>
          <w:tcPr>
            <w:tcW w:w="5040" w:type="dxa"/>
            <w:shd w:val="clear" w:color="auto" w:fill="D9EAF7"/>
            <w:tcMar>
              <w:top w:w="35" w:type="dxa"/>
              <w:left w:w="60" w:type="dxa"/>
              <w:bottom w:w="35" w:type="dxa"/>
              <w:right w:w="60" w:type="dxa"/>
            </w:tcMar>
            <w:vAlign w:val="center"/>
          </w:tcPr>
          <w:p w:rsidR="002B7425" w:rsidRDefault="00A52EBD">
            <w:pPr>
              <w:spacing w:after="0"/>
            </w:pPr>
            <w:r>
              <w:rPr>
                <w:b/>
              </w:rPr>
              <w:t>Outstanding Amount</w:t>
            </w:r>
          </w:p>
        </w:tc>
        <w:tc>
          <w:tcPr>
            <w:tcW w:w="5040" w:type="dxa"/>
            <w:tcMar>
              <w:top w:w="35" w:type="dxa"/>
              <w:left w:w="60" w:type="dxa"/>
              <w:bottom w:w="35" w:type="dxa"/>
              <w:right w:w="60" w:type="dxa"/>
            </w:tcMar>
            <w:vAlign w:val="center"/>
          </w:tcPr>
          <w:p w:rsidR="002B7425" w:rsidRDefault="00A52EBD">
            <w:pPr>
              <w:spacing w:after="0"/>
            </w:pPr>
            <w:r>
              <w:t>Rs. __________________ /-</w:t>
            </w:r>
          </w:p>
        </w:tc>
      </w:tr>
      <w:tr w:rsidR="002B7425">
        <w:trPr>
          <w:cantSplit/>
          <w:jc w:val="center"/>
        </w:trPr>
        <w:tc>
          <w:tcPr>
            <w:tcW w:w="5040" w:type="dxa"/>
            <w:shd w:val="clear" w:color="auto" w:fill="D9EAF7"/>
            <w:tcMar>
              <w:top w:w="35" w:type="dxa"/>
              <w:left w:w="60" w:type="dxa"/>
              <w:bottom w:w="35" w:type="dxa"/>
              <w:right w:w="60" w:type="dxa"/>
            </w:tcMar>
            <w:vAlign w:val="center"/>
          </w:tcPr>
          <w:p w:rsidR="002B7425" w:rsidRDefault="00A52EBD">
            <w:pPr>
              <w:spacing w:after="0"/>
            </w:pPr>
            <w:r>
              <w:rPr>
                <w:b/>
              </w:rPr>
              <w:t>Overdue Amount, if any</w:t>
            </w:r>
          </w:p>
        </w:tc>
        <w:tc>
          <w:tcPr>
            <w:tcW w:w="5040" w:type="dxa"/>
            <w:tcMar>
              <w:top w:w="35" w:type="dxa"/>
              <w:left w:w="60" w:type="dxa"/>
              <w:bottom w:w="35" w:type="dxa"/>
              <w:right w:w="60" w:type="dxa"/>
            </w:tcMar>
            <w:vAlign w:val="center"/>
          </w:tcPr>
          <w:p w:rsidR="002B7425" w:rsidRDefault="00A52EBD">
            <w:pPr>
              <w:spacing w:after="0"/>
            </w:pPr>
            <w:r>
              <w:t>Rs. __________________ /-</w:t>
            </w:r>
          </w:p>
        </w:tc>
      </w:tr>
    </w:tbl>
    <w:p w:rsidR="002B7425" w:rsidRDefault="00A52EBD">
      <w:pPr>
        <w:jc w:val="both"/>
      </w:pPr>
      <w:r>
        <w:t>Due to financial/personal circumstances, I am presently unable to continue payments under th</w:t>
      </w:r>
      <w:r>
        <w:t>e existing payment schedule. I therefore request TAP Builders, as a special accommodation and without creating any precedent, to approve a revised payment schedule for the outstanding amount.</w:t>
      </w:r>
    </w:p>
    <w:p w:rsidR="002B7425" w:rsidRDefault="00A52EBD">
      <w:r>
        <w:rPr>
          <w:b/>
        </w:rPr>
        <w:t>Existing and Proposed Payment Schedule:</w:t>
      </w:r>
    </w:p>
    <w:tbl>
      <w:tblPr>
        <w:tblStyle w:val="TableGrid"/>
        <w:tblW w:w="0" w:type="auto"/>
        <w:jc w:val="center"/>
        <w:tblLayout w:type="fixed"/>
        <w:tblLook w:val="04A0" w:firstRow="1" w:lastRow="0" w:firstColumn="1" w:lastColumn="0" w:noHBand="0" w:noVBand="1"/>
      </w:tblPr>
      <w:tblGrid>
        <w:gridCol w:w="3360"/>
        <w:gridCol w:w="3360"/>
        <w:gridCol w:w="3360"/>
      </w:tblGrid>
      <w:tr w:rsidR="002B7425">
        <w:trPr>
          <w:jc w:val="center"/>
        </w:trPr>
        <w:tc>
          <w:tcPr>
            <w:tcW w:w="3360" w:type="dxa"/>
            <w:shd w:val="clear" w:color="auto" w:fill="5B9BD5"/>
            <w:tcMar>
              <w:top w:w="35" w:type="dxa"/>
              <w:left w:w="60" w:type="dxa"/>
              <w:bottom w:w="35" w:type="dxa"/>
              <w:right w:w="60" w:type="dxa"/>
            </w:tcMar>
          </w:tcPr>
          <w:p w:rsidR="002B7425" w:rsidRDefault="00A52EBD">
            <w:pPr>
              <w:spacing w:after="0"/>
              <w:jc w:val="center"/>
            </w:pPr>
            <w:r>
              <w:rPr>
                <w:b/>
                <w:color w:val="FFFFFF"/>
              </w:rPr>
              <w:t>Particular</w:t>
            </w:r>
          </w:p>
        </w:tc>
        <w:tc>
          <w:tcPr>
            <w:tcW w:w="3360" w:type="dxa"/>
            <w:shd w:val="clear" w:color="auto" w:fill="5B9BD5"/>
            <w:tcMar>
              <w:top w:w="35" w:type="dxa"/>
              <w:left w:w="60" w:type="dxa"/>
              <w:bottom w:w="35" w:type="dxa"/>
              <w:right w:w="60" w:type="dxa"/>
            </w:tcMar>
          </w:tcPr>
          <w:p w:rsidR="002B7425" w:rsidRDefault="00A52EBD">
            <w:pPr>
              <w:spacing w:after="0"/>
              <w:jc w:val="center"/>
            </w:pPr>
            <w:r>
              <w:rPr>
                <w:b/>
                <w:color w:val="FFFFFF"/>
              </w:rPr>
              <w:t>Existing Sche</w:t>
            </w:r>
            <w:r>
              <w:rPr>
                <w:b/>
                <w:color w:val="FFFFFF"/>
              </w:rPr>
              <w:t>dule</w:t>
            </w:r>
          </w:p>
        </w:tc>
        <w:tc>
          <w:tcPr>
            <w:tcW w:w="3360" w:type="dxa"/>
            <w:shd w:val="clear" w:color="auto" w:fill="5B9BD5"/>
            <w:tcMar>
              <w:top w:w="35" w:type="dxa"/>
              <w:left w:w="60" w:type="dxa"/>
              <w:bottom w:w="35" w:type="dxa"/>
              <w:right w:w="60" w:type="dxa"/>
            </w:tcMar>
          </w:tcPr>
          <w:p w:rsidR="002B7425" w:rsidRDefault="00A52EBD">
            <w:pPr>
              <w:spacing w:after="0"/>
              <w:jc w:val="center"/>
            </w:pPr>
            <w:r>
              <w:rPr>
                <w:b/>
                <w:color w:val="FFFFFF"/>
              </w:rPr>
              <w:t>Proposed / Approved Revised Schedule</w:t>
            </w:r>
          </w:p>
        </w:tc>
      </w:tr>
      <w:tr w:rsidR="002B7425">
        <w:trPr>
          <w:cantSplit/>
          <w:jc w:val="center"/>
        </w:trPr>
        <w:tc>
          <w:tcPr>
            <w:tcW w:w="3360" w:type="dxa"/>
            <w:shd w:val="clear" w:color="auto" w:fill="D9EAF7"/>
            <w:tcMar>
              <w:top w:w="35" w:type="dxa"/>
              <w:left w:w="60" w:type="dxa"/>
              <w:bottom w:w="35" w:type="dxa"/>
              <w:right w:w="60" w:type="dxa"/>
            </w:tcMar>
          </w:tcPr>
          <w:p w:rsidR="002B7425" w:rsidRDefault="00A52EBD">
            <w:pPr>
              <w:spacing w:after="0"/>
            </w:pPr>
            <w:r>
              <w:rPr>
                <w:b/>
              </w:rPr>
              <w:t>Monthly/Periodic Instalment</w:t>
            </w:r>
          </w:p>
        </w:tc>
        <w:tc>
          <w:tcPr>
            <w:tcW w:w="3360" w:type="dxa"/>
            <w:tcMar>
              <w:top w:w="35" w:type="dxa"/>
              <w:left w:w="60" w:type="dxa"/>
              <w:bottom w:w="35" w:type="dxa"/>
              <w:right w:w="60" w:type="dxa"/>
            </w:tcMar>
          </w:tcPr>
          <w:p w:rsidR="002B7425" w:rsidRDefault="00A52EBD">
            <w:pPr>
              <w:spacing w:after="0"/>
              <w:jc w:val="center"/>
            </w:pPr>
            <w:r>
              <w:t>Rs. __________________ /-</w:t>
            </w:r>
          </w:p>
        </w:tc>
        <w:tc>
          <w:tcPr>
            <w:tcW w:w="3360" w:type="dxa"/>
            <w:tcMar>
              <w:top w:w="35" w:type="dxa"/>
              <w:left w:w="60" w:type="dxa"/>
              <w:bottom w:w="35" w:type="dxa"/>
              <w:right w:w="60" w:type="dxa"/>
            </w:tcMar>
          </w:tcPr>
          <w:p w:rsidR="002B7425" w:rsidRDefault="00A52EBD">
            <w:pPr>
              <w:spacing w:after="0"/>
              <w:jc w:val="center"/>
            </w:pPr>
            <w:r>
              <w:t>Rs. __________________ /-</w:t>
            </w:r>
          </w:p>
        </w:tc>
      </w:tr>
      <w:tr w:rsidR="002B7425">
        <w:trPr>
          <w:cantSplit/>
          <w:jc w:val="center"/>
        </w:trPr>
        <w:tc>
          <w:tcPr>
            <w:tcW w:w="3360" w:type="dxa"/>
            <w:shd w:val="clear" w:color="auto" w:fill="D9EAF7"/>
            <w:tcMar>
              <w:top w:w="35" w:type="dxa"/>
              <w:left w:w="60" w:type="dxa"/>
              <w:bottom w:w="35" w:type="dxa"/>
              <w:right w:w="60" w:type="dxa"/>
            </w:tcMar>
          </w:tcPr>
          <w:p w:rsidR="002B7425" w:rsidRDefault="00A52EBD">
            <w:pPr>
              <w:spacing w:after="0"/>
            </w:pPr>
            <w:r>
              <w:rPr>
                <w:b/>
              </w:rPr>
              <w:t>Instalment Frequency</w:t>
            </w:r>
          </w:p>
        </w:tc>
        <w:tc>
          <w:tcPr>
            <w:tcW w:w="3360" w:type="dxa"/>
            <w:tcMar>
              <w:top w:w="35" w:type="dxa"/>
              <w:left w:w="60" w:type="dxa"/>
              <w:bottom w:w="35" w:type="dxa"/>
              <w:right w:w="60" w:type="dxa"/>
            </w:tcMar>
          </w:tcPr>
          <w:p w:rsidR="002B7425" w:rsidRDefault="00A52EBD">
            <w:pPr>
              <w:spacing w:after="0"/>
              <w:jc w:val="center"/>
            </w:pPr>
            <w:r>
              <w:t>________________________</w:t>
            </w:r>
          </w:p>
        </w:tc>
        <w:tc>
          <w:tcPr>
            <w:tcW w:w="3360" w:type="dxa"/>
            <w:tcMar>
              <w:top w:w="35" w:type="dxa"/>
              <w:left w:w="60" w:type="dxa"/>
              <w:bottom w:w="35" w:type="dxa"/>
              <w:right w:w="60" w:type="dxa"/>
            </w:tcMar>
          </w:tcPr>
          <w:p w:rsidR="002B7425" w:rsidRDefault="00A52EBD">
            <w:pPr>
              <w:spacing w:after="0"/>
              <w:jc w:val="center"/>
            </w:pPr>
            <w:r>
              <w:t>________________________</w:t>
            </w:r>
          </w:p>
        </w:tc>
      </w:tr>
      <w:tr w:rsidR="002B7425">
        <w:trPr>
          <w:cantSplit/>
          <w:jc w:val="center"/>
        </w:trPr>
        <w:tc>
          <w:tcPr>
            <w:tcW w:w="3360" w:type="dxa"/>
            <w:shd w:val="clear" w:color="auto" w:fill="D9EAF7"/>
            <w:tcMar>
              <w:top w:w="35" w:type="dxa"/>
              <w:left w:w="60" w:type="dxa"/>
              <w:bottom w:w="35" w:type="dxa"/>
              <w:right w:w="60" w:type="dxa"/>
            </w:tcMar>
          </w:tcPr>
          <w:p w:rsidR="002B7425" w:rsidRDefault="00A52EBD">
            <w:pPr>
              <w:spacing w:after="0"/>
            </w:pPr>
            <w:r>
              <w:rPr>
                <w:b/>
              </w:rPr>
              <w:t>Next Due Date</w:t>
            </w:r>
          </w:p>
        </w:tc>
        <w:tc>
          <w:tcPr>
            <w:tcW w:w="3360" w:type="dxa"/>
            <w:tcMar>
              <w:top w:w="35" w:type="dxa"/>
              <w:left w:w="60" w:type="dxa"/>
              <w:bottom w:w="35" w:type="dxa"/>
              <w:right w:w="60" w:type="dxa"/>
            </w:tcMar>
          </w:tcPr>
          <w:p w:rsidR="002B7425" w:rsidRDefault="00A52EBD">
            <w:pPr>
              <w:spacing w:after="0"/>
              <w:jc w:val="center"/>
            </w:pPr>
            <w:r>
              <w:t>________________________</w:t>
            </w:r>
          </w:p>
        </w:tc>
        <w:tc>
          <w:tcPr>
            <w:tcW w:w="3360" w:type="dxa"/>
            <w:tcMar>
              <w:top w:w="35" w:type="dxa"/>
              <w:left w:w="60" w:type="dxa"/>
              <w:bottom w:w="35" w:type="dxa"/>
              <w:right w:w="60" w:type="dxa"/>
            </w:tcMar>
          </w:tcPr>
          <w:p w:rsidR="002B7425" w:rsidRDefault="00A52EBD">
            <w:pPr>
              <w:spacing w:after="0"/>
              <w:jc w:val="center"/>
            </w:pPr>
            <w:r>
              <w:t>________________________</w:t>
            </w:r>
          </w:p>
        </w:tc>
      </w:tr>
      <w:tr w:rsidR="002B7425">
        <w:trPr>
          <w:cantSplit/>
          <w:jc w:val="center"/>
        </w:trPr>
        <w:tc>
          <w:tcPr>
            <w:tcW w:w="3360" w:type="dxa"/>
            <w:shd w:val="clear" w:color="auto" w:fill="D9EAF7"/>
            <w:tcMar>
              <w:top w:w="35" w:type="dxa"/>
              <w:left w:w="60" w:type="dxa"/>
              <w:bottom w:w="35" w:type="dxa"/>
              <w:right w:w="60" w:type="dxa"/>
            </w:tcMar>
          </w:tcPr>
          <w:p w:rsidR="002B7425" w:rsidRDefault="00A52EBD">
            <w:pPr>
              <w:spacing w:after="0"/>
            </w:pPr>
            <w:r>
              <w:rPr>
                <w:b/>
              </w:rPr>
              <w:t>Final Payment Date</w:t>
            </w:r>
          </w:p>
        </w:tc>
        <w:tc>
          <w:tcPr>
            <w:tcW w:w="3360" w:type="dxa"/>
            <w:tcMar>
              <w:top w:w="35" w:type="dxa"/>
              <w:left w:w="60" w:type="dxa"/>
              <w:bottom w:w="35" w:type="dxa"/>
              <w:right w:w="60" w:type="dxa"/>
            </w:tcMar>
          </w:tcPr>
          <w:p w:rsidR="002B7425" w:rsidRDefault="00A52EBD">
            <w:pPr>
              <w:spacing w:after="0"/>
              <w:jc w:val="center"/>
            </w:pPr>
            <w:r>
              <w:t>________________________</w:t>
            </w:r>
          </w:p>
        </w:tc>
        <w:tc>
          <w:tcPr>
            <w:tcW w:w="3360" w:type="dxa"/>
            <w:tcMar>
              <w:top w:w="35" w:type="dxa"/>
              <w:left w:w="60" w:type="dxa"/>
              <w:bottom w:w="35" w:type="dxa"/>
              <w:right w:w="60" w:type="dxa"/>
            </w:tcMar>
          </w:tcPr>
          <w:p w:rsidR="002B7425" w:rsidRDefault="00A52EBD">
            <w:pPr>
              <w:spacing w:after="0"/>
              <w:jc w:val="center"/>
            </w:pPr>
            <w:r>
              <w:t>________________________</w:t>
            </w:r>
          </w:p>
        </w:tc>
      </w:tr>
      <w:tr w:rsidR="002B7425">
        <w:trPr>
          <w:cantSplit/>
          <w:jc w:val="center"/>
        </w:trPr>
        <w:tc>
          <w:tcPr>
            <w:tcW w:w="3360" w:type="dxa"/>
            <w:shd w:val="clear" w:color="auto" w:fill="D9EAF7"/>
            <w:tcMar>
              <w:top w:w="35" w:type="dxa"/>
              <w:left w:w="60" w:type="dxa"/>
              <w:bottom w:w="35" w:type="dxa"/>
              <w:right w:w="60" w:type="dxa"/>
            </w:tcMar>
          </w:tcPr>
          <w:p w:rsidR="002B7425" w:rsidRDefault="00A52EBD">
            <w:pPr>
              <w:spacing w:after="0"/>
            </w:pPr>
            <w:r>
              <w:rPr>
                <w:b/>
              </w:rPr>
              <w:t>Overdue Amount Adjustment</w:t>
            </w:r>
          </w:p>
        </w:tc>
        <w:tc>
          <w:tcPr>
            <w:tcW w:w="3360" w:type="dxa"/>
            <w:tcMar>
              <w:top w:w="35" w:type="dxa"/>
              <w:left w:w="60" w:type="dxa"/>
              <w:bottom w:w="35" w:type="dxa"/>
              <w:right w:w="60" w:type="dxa"/>
            </w:tcMar>
          </w:tcPr>
          <w:p w:rsidR="002B7425" w:rsidRDefault="00A52EBD">
            <w:pPr>
              <w:spacing w:after="0"/>
              <w:jc w:val="center"/>
            </w:pPr>
            <w:r>
              <w:t>Rs. __________________ /-</w:t>
            </w:r>
          </w:p>
        </w:tc>
        <w:tc>
          <w:tcPr>
            <w:tcW w:w="3360" w:type="dxa"/>
            <w:tcMar>
              <w:top w:w="35" w:type="dxa"/>
              <w:left w:w="60" w:type="dxa"/>
              <w:bottom w:w="35" w:type="dxa"/>
              <w:right w:w="60" w:type="dxa"/>
            </w:tcMar>
          </w:tcPr>
          <w:p w:rsidR="002B7425" w:rsidRDefault="00A52EBD">
            <w:pPr>
              <w:spacing w:after="0"/>
              <w:jc w:val="center"/>
            </w:pPr>
            <w:r>
              <w:t>Rs. __________________ /-</w:t>
            </w:r>
          </w:p>
        </w:tc>
      </w:tr>
      <w:tr w:rsidR="002B7425">
        <w:trPr>
          <w:cantSplit/>
          <w:jc w:val="center"/>
        </w:trPr>
        <w:tc>
          <w:tcPr>
            <w:tcW w:w="3360" w:type="dxa"/>
            <w:shd w:val="clear" w:color="auto" w:fill="D9EAF7"/>
            <w:tcMar>
              <w:top w:w="35" w:type="dxa"/>
              <w:left w:w="60" w:type="dxa"/>
              <w:bottom w:w="35" w:type="dxa"/>
              <w:right w:w="60" w:type="dxa"/>
            </w:tcMar>
          </w:tcPr>
          <w:p w:rsidR="002B7425" w:rsidRDefault="00A52EBD">
            <w:pPr>
              <w:spacing w:after="0"/>
            </w:pPr>
            <w:r>
              <w:rPr>
                <w:b/>
              </w:rPr>
              <w:t>Rescheduling/Processing Charges</w:t>
            </w:r>
          </w:p>
        </w:tc>
        <w:tc>
          <w:tcPr>
            <w:tcW w:w="3360" w:type="dxa"/>
            <w:tcMar>
              <w:top w:w="35" w:type="dxa"/>
              <w:left w:w="60" w:type="dxa"/>
              <w:bottom w:w="35" w:type="dxa"/>
              <w:right w:w="60" w:type="dxa"/>
            </w:tcMar>
          </w:tcPr>
          <w:p w:rsidR="002B7425" w:rsidRDefault="00A52EBD">
            <w:pPr>
              <w:spacing w:after="0"/>
              <w:jc w:val="center"/>
            </w:pPr>
            <w:r>
              <w:t>Not Applicable</w:t>
            </w:r>
          </w:p>
        </w:tc>
        <w:tc>
          <w:tcPr>
            <w:tcW w:w="3360" w:type="dxa"/>
            <w:tcMar>
              <w:top w:w="35" w:type="dxa"/>
              <w:left w:w="60" w:type="dxa"/>
              <w:bottom w:w="35" w:type="dxa"/>
              <w:right w:w="60" w:type="dxa"/>
            </w:tcMar>
          </w:tcPr>
          <w:p w:rsidR="002B7425" w:rsidRDefault="00A52EBD">
            <w:pPr>
              <w:spacing w:after="0"/>
              <w:jc w:val="center"/>
            </w:pPr>
            <w:r>
              <w:t>Rs. __________________ /-</w:t>
            </w:r>
          </w:p>
        </w:tc>
      </w:tr>
    </w:tbl>
    <w:p w:rsidR="002B7425" w:rsidRDefault="00A52EBD">
      <w:r>
        <w:t xml:space="preserve">I </w:t>
      </w:r>
      <w:r>
        <w:t>hereby acknowledge, confirm and undertake as follows:</w:t>
      </w:r>
    </w:p>
    <w:p w:rsidR="002B7425" w:rsidRDefault="00A52EBD">
      <w:pPr>
        <w:pStyle w:val="ListNumber"/>
        <w:spacing w:after="30"/>
        <w:ind w:hanging="230"/>
        <w:jc w:val="both"/>
      </w:pPr>
      <w:r>
        <w:t xml:space="preserve">This is a request only. No revised payment schedule shall become effective unless TAP Builders verifies my account, receives the required payment and charges, and issues the revised payment schedule in </w:t>
      </w:r>
      <w:r>
        <w:t>writing.</w:t>
      </w:r>
    </w:p>
    <w:p w:rsidR="002B7425" w:rsidRDefault="00A52EBD">
      <w:pPr>
        <w:pStyle w:val="ListNumber"/>
        <w:spacing w:after="30"/>
        <w:ind w:hanging="230"/>
        <w:jc w:val="both"/>
      </w:pPr>
      <w:r>
        <w:t xml:space="preserve">The rescheduling is a special and final accommodation granted at the sole discretion of TAP Builders and shall not constitute a waiver of any existing default, outstanding amount, late-payment charge or right available under the booking terms and </w:t>
      </w:r>
      <w:r>
        <w:t>conditions.</w:t>
      </w:r>
    </w:p>
    <w:p w:rsidR="002B7425" w:rsidRDefault="00A52EBD">
      <w:pPr>
        <w:pStyle w:val="ListNumber"/>
        <w:spacing w:after="30"/>
        <w:ind w:hanging="230"/>
        <w:jc w:val="both"/>
      </w:pPr>
      <w:r>
        <w:t>I accept the revised payment schedule and undertake to pay every instalment in full on or before its respective due date, together with all applicable charges, taxes and other amounts.</w:t>
      </w:r>
    </w:p>
    <w:p w:rsidR="002B7425" w:rsidRDefault="00A52EBD">
      <w:pPr>
        <w:pStyle w:val="ListNumber"/>
        <w:spacing w:after="30"/>
        <w:ind w:hanging="230"/>
        <w:jc w:val="both"/>
      </w:pPr>
      <w:r>
        <w:t xml:space="preserve">If, after approval of the revised schedule, I fail to pay, </w:t>
      </w:r>
      <w:r>
        <w:t>delay, omit or short-pay any instalment or other amount by its due date, the same shall constitute a material default under the revised payment schedule.</w:t>
      </w:r>
    </w:p>
    <w:p w:rsidR="002B7425" w:rsidRDefault="00A52EBD">
      <w:pPr>
        <w:pStyle w:val="ListNumber"/>
        <w:spacing w:after="30"/>
        <w:ind w:hanging="230"/>
        <w:jc w:val="both"/>
      </w:pPr>
      <w:r>
        <w:t>Upon such default, TAP Builders shall be entitled, without any further notice, reminder, demand or gra</w:t>
      </w:r>
      <w:r>
        <w:t xml:space="preserve">ce period, to cancel the </w:t>
      </w:r>
      <w:bookmarkStart w:id="0" w:name="_GoBack"/>
      <w:bookmarkEnd w:id="0"/>
      <w:r>
        <w:t>booking/allotment and take all consequential actions permitted under the booking terms and conditions, the Company's policy and applicable law.</w:t>
      </w:r>
    </w:p>
    <w:p w:rsidR="002B7425" w:rsidRDefault="00A52EBD">
      <w:pPr>
        <w:pStyle w:val="ListNumber"/>
        <w:spacing w:after="30"/>
        <w:ind w:hanging="230"/>
        <w:jc w:val="both"/>
      </w:pPr>
      <w:r>
        <w:t xml:space="preserve">In the event of cancellation following such default, applicable cancellation charges, </w:t>
      </w:r>
      <w:r>
        <w:t>outstanding dues, late-payment charges, taxes, documentation charges and other lawful deductions may be deducted from the verified amount paid by me, and any refundable balance shall be processed in accordance with the booking terms and Company policy.</w:t>
      </w:r>
    </w:p>
    <w:p w:rsidR="002B7425" w:rsidRDefault="00A52EBD">
      <w:pPr>
        <w:pStyle w:val="ListNumber"/>
        <w:spacing w:after="30"/>
        <w:ind w:hanging="230"/>
        <w:jc w:val="both"/>
      </w:pPr>
      <w:r>
        <w:t>I a</w:t>
      </w:r>
      <w:r>
        <w:t>cknowledge that I shall not claim lack of notice as a ground against cancellation where I have defaulted under the revised schedule, since the due dates and consequences of default are expressly accepted by me through this undertaking.</w:t>
      </w:r>
    </w:p>
    <w:p w:rsidR="002B7425" w:rsidRDefault="00A52EBD">
      <w:pPr>
        <w:pStyle w:val="ListNumber"/>
        <w:spacing w:after="30"/>
        <w:ind w:hanging="230"/>
        <w:jc w:val="both"/>
      </w:pPr>
      <w:r>
        <w:t>The total sale price</w:t>
      </w:r>
      <w:r>
        <w:t>, unit specifications and all other booking terms shall remain unchanged unless expressly amended in writing by TAP Builders. No verbal assurance or informal payment arrangement shall be binding.</w:t>
      </w:r>
    </w:p>
    <w:p w:rsidR="002B7425" w:rsidRDefault="00A52EBD">
      <w:pPr>
        <w:pStyle w:val="ListNumber"/>
        <w:spacing w:after="30"/>
        <w:ind w:hanging="230"/>
        <w:jc w:val="both"/>
      </w:pPr>
      <w:r>
        <w:t>Payments shall be recognized only when successfully realized</w:t>
      </w:r>
      <w:r>
        <w:t xml:space="preserve"> and credited in TAP Builders' designated account and supported by its official receipt. Submission of a cheque, transfer instruction or payment screenshot alone shall not constitute payment until realization and verification.</w:t>
      </w:r>
    </w:p>
    <w:p w:rsidR="002B7425" w:rsidRDefault="00A52EBD">
      <w:pPr>
        <w:pStyle w:val="ListNumber"/>
        <w:spacing w:after="30"/>
        <w:ind w:hanging="230"/>
        <w:jc w:val="both"/>
      </w:pPr>
      <w:r>
        <w:t xml:space="preserve">Any acceptance of a delayed, </w:t>
      </w:r>
      <w:r>
        <w:t>partial or short payment on one occasion shall not create a precedent or waive TAP Builders' right to enforce the revised schedule or cancel the booking upon any subsequent or continuing default.</w:t>
      </w:r>
    </w:p>
    <w:p w:rsidR="002B7425" w:rsidRDefault="00A52EBD">
      <w:pPr>
        <w:pStyle w:val="ListNumber"/>
        <w:spacing w:after="30"/>
        <w:ind w:hanging="230"/>
        <w:jc w:val="both"/>
      </w:pPr>
      <w:r>
        <w:lastRenderedPageBreak/>
        <w:t>I shall immediately notify TAP Builders in writing of any ch</w:t>
      </w:r>
      <w:r>
        <w:t>ange in my address, contact number or email address. However, failure of any communication shall not excuse non-payment under the revised schedule.</w:t>
      </w:r>
    </w:p>
    <w:p w:rsidR="002B7425" w:rsidRDefault="00A52EBD">
      <w:pPr>
        <w:pStyle w:val="ListNumber"/>
        <w:spacing w:after="30"/>
        <w:ind w:hanging="230"/>
        <w:jc w:val="both"/>
      </w:pPr>
      <w:r>
        <w:t>Where the booking is jointly held, all joint applicants/co-allottees shall sign this request and shall remai</w:t>
      </w:r>
      <w:r>
        <w:t>n jointly and severally responsible for compliance with the revised payment schedule.</w:t>
      </w:r>
    </w:p>
    <w:p w:rsidR="002B7425" w:rsidRDefault="00A52EBD">
      <w:pPr>
        <w:pStyle w:val="ListNumber"/>
        <w:spacing w:after="30"/>
        <w:ind w:hanging="230"/>
        <w:jc w:val="both"/>
      </w:pPr>
      <w:r>
        <w:t>I have read and understood the revised payment obligations and consequences of default and execute this request and undertaking voluntarily, with full consent and without</w:t>
      </w:r>
      <w:r>
        <w:t xml:space="preserve"> pressure, coercion, misrepresentation or undue influence.</w:t>
      </w:r>
    </w:p>
    <w:p w:rsidR="002B7425" w:rsidRDefault="00A52EBD">
      <w:r>
        <w:t>Yours sincerely,</w:t>
      </w:r>
    </w:p>
    <w:tbl>
      <w:tblPr>
        <w:tblStyle w:val="TableGrid"/>
        <w:tblW w:w="0" w:type="auto"/>
        <w:jc w:val="center"/>
        <w:tblLayout w:type="fixed"/>
        <w:tblLook w:val="04A0" w:firstRow="1" w:lastRow="0" w:firstColumn="1" w:lastColumn="0" w:noHBand="0" w:noVBand="1"/>
      </w:tblPr>
      <w:tblGrid>
        <w:gridCol w:w="5040"/>
        <w:gridCol w:w="5040"/>
      </w:tblGrid>
      <w:tr w:rsidR="002B7425">
        <w:trPr>
          <w:cantSplit/>
          <w:jc w:val="center"/>
        </w:trPr>
        <w:tc>
          <w:tcPr>
            <w:tcW w:w="5040" w:type="dxa"/>
            <w:shd w:val="clear" w:color="auto" w:fill="D9EAF7"/>
            <w:tcMar>
              <w:top w:w="35" w:type="dxa"/>
              <w:left w:w="60" w:type="dxa"/>
              <w:bottom w:w="35" w:type="dxa"/>
              <w:right w:w="60" w:type="dxa"/>
            </w:tcMar>
            <w:vAlign w:val="center"/>
          </w:tcPr>
          <w:p w:rsidR="002B7425" w:rsidRDefault="00A52EBD">
            <w:pPr>
              <w:spacing w:after="0"/>
            </w:pPr>
            <w:r>
              <w:rPr>
                <w:b/>
              </w:rPr>
              <w:t>Name</w:t>
            </w:r>
          </w:p>
        </w:tc>
        <w:tc>
          <w:tcPr>
            <w:tcW w:w="5040" w:type="dxa"/>
            <w:tcMar>
              <w:top w:w="35" w:type="dxa"/>
              <w:left w:w="60" w:type="dxa"/>
              <w:bottom w:w="35" w:type="dxa"/>
              <w:right w:w="60" w:type="dxa"/>
            </w:tcMar>
            <w:vAlign w:val="center"/>
          </w:tcPr>
          <w:p w:rsidR="002B7425" w:rsidRDefault="00A52EBD">
            <w:pPr>
              <w:spacing w:after="0"/>
            </w:pPr>
            <w:r>
              <w:t>____________________________________________</w:t>
            </w:r>
          </w:p>
        </w:tc>
      </w:tr>
      <w:tr w:rsidR="002B7425">
        <w:trPr>
          <w:cantSplit/>
          <w:jc w:val="center"/>
        </w:trPr>
        <w:tc>
          <w:tcPr>
            <w:tcW w:w="5040" w:type="dxa"/>
            <w:shd w:val="clear" w:color="auto" w:fill="D9EAF7"/>
            <w:tcMar>
              <w:top w:w="35" w:type="dxa"/>
              <w:left w:w="60" w:type="dxa"/>
              <w:bottom w:w="35" w:type="dxa"/>
              <w:right w:w="60" w:type="dxa"/>
            </w:tcMar>
            <w:vAlign w:val="center"/>
          </w:tcPr>
          <w:p w:rsidR="002B7425" w:rsidRDefault="00A52EBD">
            <w:pPr>
              <w:spacing w:after="0"/>
            </w:pPr>
            <w:r>
              <w:rPr>
                <w:b/>
              </w:rPr>
              <w:t>CNIC No.</w:t>
            </w:r>
          </w:p>
        </w:tc>
        <w:tc>
          <w:tcPr>
            <w:tcW w:w="5040" w:type="dxa"/>
            <w:tcMar>
              <w:top w:w="35" w:type="dxa"/>
              <w:left w:w="60" w:type="dxa"/>
              <w:bottom w:w="35" w:type="dxa"/>
              <w:right w:w="60" w:type="dxa"/>
            </w:tcMar>
            <w:vAlign w:val="center"/>
          </w:tcPr>
          <w:p w:rsidR="002B7425" w:rsidRDefault="00A52EBD">
            <w:pPr>
              <w:spacing w:after="0"/>
            </w:pPr>
            <w:r>
              <w:t>____________________________________________</w:t>
            </w:r>
          </w:p>
        </w:tc>
      </w:tr>
      <w:tr w:rsidR="002B7425">
        <w:trPr>
          <w:cantSplit/>
          <w:jc w:val="center"/>
        </w:trPr>
        <w:tc>
          <w:tcPr>
            <w:tcW w:w="5040" w:type="dxa"/>
            <w:shd w:val="clear" w:color="auto" w:fill="D9EAF7"/>
            <w:tcMar>
              <w:top w:w="35" w:type="dxa"/>
              <w:left w:w="60" w:type="dxa"/>
              <w:bottom w:w="35" w:type="dxa"/>
              <w:right w:w="60" w:type="dxa"/>
            </w:tcMar>
            <w:vAlign w:val="center"/>
          </w:tcPr>
          <w:p w:rsidR="002B7425" w:rsidRDefault="00A52EBD">
            <w:pPr>
              <w:spacing w:after="0"/>
            </w:pPr>
            <w:r>
              <w:rPr>
                <w:b/>
              </w:rPr>
              <w:t>Contact No.</w:t>
            </w:r>
          </w:p>
        </w:tc>
        <w:tc>
          <w:tcPr>
            <w:tcW w:w="5040" w:type="dxa"/>
            <w:tcMar>
              <w:top w:w="35" w:type="dxa"/>
              <w:left w:w="60" w:type="dxa"/>
              <w:bottom w:w="35" w:type="dxa"/>
              <w:right w:w="60" w:type="dxa"/>
            </w:tcMar>
            <w:vAlign w:val="center"/>
          </w:tcPr>
          <w:p w:rsidR="002B7425" w:rsidRDefault="00A52EBD">
            <w:pPr>
              <w:spacing w:after="0"/>
            </w:pPr>
            <w:r>
              <w:t>____________________________________________</w:t>
            </w:r>
          </w:p>
        </w:tc>
      </w:tr>
      <w:tr w:rsidR="002B7425">
        <w:trPr>
          <w:cantSplit/>
          <w:jc w:val="center"/>
        </w:trPr>
        <w:tc>
          <w:tcPr>
            <w:tcW w:w="5040" w:type="dxa"/>
            <w:shd w:val="clear" w:color="auto" w:fill="D9EAF7"/>
            <w:tcMar>
              <w:top w:w="35" w:type="dxa"/>
              <w:left w:w="60" w:type="dxa"/>
              <w:bottom w:w="35" w:type="dxa"/>
              <w:right w:w="60" w:type="dxa"/>
            </w:tcMar>
            <w:vAlign w:val="center"/>
          </w:tcPr>
          <w:p w:rsidR="002B7425" w:rsidRDefault="00A52EBD">
            <w:pPr>
              <w:spacing w:after="0"/>
            </w:pPr>
            <w:r>
              <w:rPr>
                <w:b/>
              </w:rPr>
              <w:t>Address</w:t>
            </w:r>
          </w:p>
        </w:tc>
        <w:tc>
          <w:tcPr>
            <w:tcW w:w="5040" w:type="dxa"/>
            <w:tcMar>
              <w:top w:w="35" w:type="dxa"/>
              <w:left w:w="60" w:type="dxa"/>
              <w:bottom w:w="35" w:type="dxa"/>
              <w:right w:w="60" w:type="dxa"/>
            </w:tcMar>
            <w:vAlign w:val="center"/>
          </w:tcPr>
          <w:p w:rsidR="002B7425" w:rsidRDefault="00A52EBD">
            <w:pPr>
              <w:spacing w:after="0"/>
            </w:pPr>
            <w:r>
              <w:t>________</w:t>
            </w:r>
            <w:r>
              <w:t>____________________________________</w:t>
            </w:r>
          </w:p>
        </w:tc>
      </w:tr>
      <w:tr w:rsidR="002B7425">
        <w:trPr>
          <w:cantSplit/>
          <w:jc w:val="center"/>
        </w:trPr>
        <w:tc>
          <w:tcPr>
            <w:tcW w:w="5040" w:type="dxa"/>
            <w:shd w:val="clear" w:color="auto" w:fill="D9EAF7"/>
            <w:tcMar>
              <w:top w:w="35" w:type="dxa"/>
              <w:left w:w="60" w:type="dxa"/>
              <w:bottom w:w="35" w:type="dxa"/>
              <w:right w:w="60" w:type="dxa"/>
            </w:tcMar>
            <w:vAlign w:val="center"/>
          </w:tcPr>
          <w:p w:rsidR="002B7425" w:rsidRDefault="00A52EBD">
            <w:pPr>
              <w:spacing w:after="0"/>
            </w:pPr>
            <w:r>
              <w:rPr>
                <w:b/>
              </w:rPr>
              <w:t>Signature</w:t>
            </w:r>
          </w:p>
        </w:tc>
        <w:tc>
          <w:tcPr>
            <w:tcW w:w="5040" w:type="dxa"/>
            <w:tcMar>
              <w:top w:w="35" w:type="dxa"/>
              <w:left w:w="60" w:type="dxa"/>
              <w:bottom w:w="35" w:type="dxa"/>
              <w:right w:w="60" w:type="dxa"/>
            </w:tcMar>
            <w:vAlign w:val="center"/>
          </w:tcPr>
          <w:p w:rsidR="002B7425" w:rsidRDefault="00A52EBD">
            <w:pPr>
              <w:spacing w:after="0"/>
            </w:pPr>
            <w:r>
              <w:t>____________________________________________</w:t>
            </w:r>
          </w:p>
        </w:tc>
      </w:tr>
      <w:tr w:rsidR="002B7425">
        <w:trPr>
          <w:cantSplit/>
          <w:jc w:val="center"/>
        </w:trPr>
        <w:tc>
          <w:tcPr>
            <w:tcW w:w="5040" w:type="dxa"/>
            <w:shd w:val="clear" w:color="auto" w:fill="D9EAF7"/>
            <w:tcMar>
              <w:top w:w="35" w:type="dxa"/>
              <w:left w:w="60" w:type="dxa"/>
              <w:bottom w:w="35" w:type="dxa"/>
              <w:right w:w="60" w:type="dxa"/>
            </w:tcMar>
            <w:vAlign w:val="center"/>
          </w:tcPr>
          <w:p w:rsidR="002B7425" w:rsidRDefault="00A52EBD">
            <w:pPr>
              <w:spacing w:after="0"/>
            </w:pPr>
            <w:r>
              <w:rPr>
                <w:b/>
              </w:rPr>
              <w:t>Thumb Impression</w:t>
            </w:r>
          </w:p>
        </w:tc>
        <w:tc>
          <w:tcPr>
            <w:tcW w:w="5040" w:type="dxa"/>
            <w:tcMar>
              <w:top w:w="35" w:type="dxa"/>
              <w:left w:w="60" w:type="dxa"/>
              <w:bottom w:w="35" w:type="dxa"/>
              <w:right w:w="60" w:type="dxa"/>
            </w:tcMar>
            <w:vAlign w:val="center"/>
          </w:tcPr>
          <w:p w:rsidR="002B7425" w:rsidRDefault="00A52EBD">
            <w:pPr>
              <w:spacing w:after="0"/>
            </w:pPr>
            <w:r>
              <w:t>____________________________________________</w:t>
            </w:r>
          </w:p>
        </w:tc>
      </w:tr>
    </w:tbl>
    <w:p w:rsidR="002B7425" w:rsidRDefault="00A52EBD">
      <w:r>
        <w:rPr>
          <w:b/>
        </w:rPr>
        <w:t>Joint Applicant/Co-Allottee, if applicable:</w:t>
      </w:r>
    </w:p>
    <w:p w:rsidR="002B7425" w:rsidRDefault="00A52EBD">
      <w:r>
        <w:t xml:space="preserve">Name: __________________________  CNIC No.: </w:t>
      </w:r>
      <w:r>
        <w:t>__________________________  Signature: __________________________</w:t>
      </w:r>
    </w:p>
    <w:p w:rsidR="002B7425" w:rsidRDefault="00A52EBD">
      <w:r>
        <w:rPr>
          <w:b/>
        </w:rPr>
        <w:t>Witnesses:</w:t>
      </w:r>
    </w:p>
    <w:tbl>
      <w:tblPr>
        <w:tblStyle w:val="TableGrid"/>
        <w:tblW w:w="0" w:type="auto"/>
        <w:jc w:val="center"/>
        <w:tblLayout w:type="fixed"/>
        <w:tblLook w:val="04A0" w:firstRow="1" w:lastRow="0" w:firstColumn="1" w:lastColumn="0" w:noHBand="0" w:noVBand="1"/>
      </w:tblPr>
      <w:tblGrid>
        <w:gridCol w:w="2520"/>
        <w:gridCol w:w="2520"/>
        <w:gridCol w:w="2520"/>
        <w:gridCol w:w="2520"/>
      </w:tblGrid>
      <w:tr w:rsidR="002B7425">
        <w:trPr>
          <w:jc w:val="center"/>
        </w:trPr>
        <w:tc>
          <w:tcPr>
            <w:tcW w:w="2520" w:type="dxa"/>
            <w:shd w:val="clear" w:color="auto" w:fill="5B9BD5"/>
            <w:tcMar>
              <w:top w:w="35" w:type="dxa"/>
              <w:left w:w="60" w:type="dxa"/>
              <w:bottom w:w="35" w:type="dxa"/>
              <w:right w:w="60" w:type="dxa"/>
            </w:tcMar>
          </w:tcPr>
          <w:p w:rsidR="002B7425" w:rsidRDefault="00A52EBD">
            <w:pPr>
              <w:spacing w:after="0"/>
              <w:jc w:val="center"/>
            </w:pPr>
            <w:r>
              <w:rPr>
                <w:b/>
                <w:color w:val="FFFFFF"/>
              </w:rPr>
              <w:t>Witness</w:t>
            </w:r>
          </w:p>
        </w:tc>
        <w:tc>
          <w:tcPr>
            <w:tcW w:w="2520" w:type="dxa"/>
            <w:shd w:val="clear" w:color="auto" w:fill="5B9BD5"/>
            <w:tcMar>
              <w:top w:w="35" w:type="dxa"/>
              <w:left w:w="60" w:type="dxa"/>
              <w:bottom w:w="35" w:type="dxa"/>
              <w:right w:w="60" w:type="dxa"/>
            </w:tcMar>
          </w:tcPr>
          <w:p w:rsidR="002B7425" w:rsidRDefault="00A52EBD">
            <w:pPr>
              <w:spacing w:after="0"/>
              <w:jc w:val="center"/>
            </w:pPr>
            <w:r>
              <w:rPr>
                <w:b/>
                <w:color w:val="FFFFFF"/>
              </w:rPr>
              <w:t>Name</w:t>
            </w:r>
          </w:p>
        </w:tc>
        <w:tc>
          <w:tcPr>
            <w:tcW w:w="2520" w:type="dxa"/>
            <w:shd w:val="clear" w:color="auto" w:fill="5B9BD5"/>
            <w:tcMar>
              <w:top w:w="35" w:type="dxa"/>
              <w:left w:w="60" w:type="dxa"/>
              <w:bottom w:w="35" w:type="dxa"/>
              <w:right w:w="60" w:type="dxa"/>
            </w:tcMar>
          </w:tcPr>
          <w:p w:rsidR="002B7425" w:rsidRDefault="00A52EBD">
            <w:pPr>
              <w:spacing w:after="0"/>
              <w:jc w:val="center"/>
            </w:pPr>
            <w:r>
              <w:rPr>
                <w:b/>
                <w:color w:val="FFFFFF"/>
              </w:rPr>
              <w:t>CNIC No.</w:t>
            </w:r>
          </w:p>
        </w:tc>
        <w:tc>
          <w:tcPr>
            <w:tcW w:w="2520" w:type="dxa"/>
            <w:shd w:val="clear" w:color="auto" w:fill="5B9BD5"/>
            <w:tcMar>
              <w:top w:w="35" w:type="dxa"/>
              <w:left w:w="60" w:type="dxa"/>
              <w:bottom w:w="35" w:type="dxa"/>
              <w:right w:w="60" w:type="dxa"/>
            </w:tcMar>
          </w:tcPr>
          <w:p w:rsidR="002B7425" w:rsidRDefault="00A52EBD">
            <w:pPr>
              <w:spacing w:after="0"/>
              <w:jc w:val="center"/>
            </w:pPr>
            <w:r>
              <w:rPr>
                <w:b/>
                <w:color w:val="FFFFFF"/>
              </w:rPr>
              <w:t>Signature</w:t>
            </w:r>
          </w:p>
        </w:tc>
      </w:tr>
      <w:tr w:rsidR="002B7425">
        <w:trPr>
          <w:jc w:val="center"/>
        </w:trPr>
        <w:tc>
          <w:tcPr>
            <w:tcW w:w="2520" w:type="dxa"/>
            <w:tcMar>
              <w:top w:w="35" w:type="dxa"/>
              <w:left w:w="60" w:type="dxa"/>
              <w:bottom w:w="35" w:type="dxa"/>
              <w:right w:w="60" w:type="dxa"/>
            </w:tcMar>
          </w:tcPr>
          <w:p w:rsidR="002B7425" w:rsidRDefault="00A52EBD">
            <w:pPr>
              <w:spacing w:after="0"/>
              <w:jc w:val="center"/>
            </w:pPr>
            <w:r>
              <w:t>1</w:t>
            </w:r>
          </w:p>
        </w:tc>
        <w:tc>
          <w:tcPr>
            <w:tcW w:w="2520" w:type="dxa"/>
            <w:tcMar>
              <w:top w:w="35" w:type="dxa"/>
              <w:left w:w="60" w:type="dxa"/>
              <w:bottom w:w="35" w:type="dxa"/>
              <w:right w:w="60" w:type="dxa"/>
            </w:tcMar>
          </w:tcPr>
          <w:p w:rsidR="002B7425" w:rsidRDefault="00A52EBD">
            <w:pPr>
              <w:spacing w:after="0"/>
              <w:jc w:val="center"/>
            </w:pPr>
            <w:r>
              <w:t>____________________</w:t>
            </w:r>
          </w:p>
        </w:tc>
        <w:tc>
          <w:tcPr>
            <w:tcW w:w="2520" w:type="dxa"/>
            <w:tcMar>
              <w:top w:w="35" w:type="dxa"/>
              <w:left w:w="60" w:type="dxa"/>
              <w:bottom w:w="35" w:type="dxa"/>
              <w:right w:w="60" w:type="dxa"/>
            </w:tcMar>
          </w:tcPr>
          <w:p w:rsidR="002B7425" w:rsidRDefault="00A52EBD">
            <w:pPr>
              <w:spacing w:after="0"/>
              <w:jc w:val="center"/>
            </w:pPr>
            <w:r>
              <w:t>____________________</w:t>
            </w:r>
          </w:p>
        </w:tc>
        <w:tc>
          <w:tcPr>
            <w:tcW w:w="2520" w:type="dxa"/>
            <w:tcMar>
              <w:top w:w="35" w:type="dxa"/>
              <w:left w:w="60" w:type="dxa"/>
              <w:bottom w:w="35" w:type="dxa"/>
              <w:right w:w="60" w:type="dxa"/>
            </w:tcMar>
          </w:tcPr>
          <w:p w:rsidR="002B7425" w:rsidRDefault="00A52EBD">
            <w:pPr>
              <w:spacing w:after="0"/>
              <w:jc w:val="center"/>
            </w:pPr>
            <w:r>
              <w:t>____________________</w:t>
            </w:r>
          </w:p>
        </w:tc>
      </w:tr>
      <w:tr w:rsidR="002B7425">
        <w:trPr>
          <w:jc w:val="center"/>
        </w:trPr>
        <w:tc>
          <w:tcPr>
            <w:tcW w:w="2520" w:type="dxa"/>
            <w:tcMar>
              <w:top w:w="35" w:type="dxa"/>
              <w:left w:w="60" w:type="dxa"/>
              <w:bottom w:w="35" w:type="dxa"/>
              <w:right w:w="60" w:type="dxa"/>
            </w:tcMar>
          </w:tcPr>
          <w:p w:rsidR="002B7425" w:rsidRDefault="00A52EBD">
            <w:pPr>
              <w:spacing w:after="0"/>
              <w:jc w:val="center"/>
            </w:pPr>
            <w:r>
              <w:t>2</w:t>
            </w:r>
          </w:p>
        </w:tc>
        <w:tc>
          <w:tcPr>
            <w:tcW w:w="2520" w:type="dxa"/>
            <w:tcMar>
              <w:top w:w="35" w:type="dxa"/>
              <w:left w:w="60" w:type="dxa"/>
              <w:bottom w:w="35" w:type="dxa"/>
              <w:right w:w="60" w:type="dxa"/>
            </w:tcMar>
          </w:tcPr>
          <w:p w:rsidR="002B7425" w:rsidRDefault="00A52EBD">
            <w:pPr>
              <w:spacing w:after="0"/>
              <w:jc w:val="center"/>
            </w:pPr>
            <w:r>
              <w:t>____________________</w:t>
            </w:r>
          </w:p>
        </w:tc>
        <w:tc>
          <w:tcPr>
            <w:tcW w:w="2520" w:type="dxa"/>
            <w:tcMar>
              <w:top w:w="35" w:type="dxa"/>
              <w:left w:w="60" w:type="dxa"/>
              <w:bottom w:w="35" w:type="dxa"/>
              <w:right w:w="60" w:type="dxa"/>
            </w:tcMar>
          </w:tcPr>
          <w:p w:rsidR="002B7425" w:rsidRDefault="00A52EBD">
            <w:pPr>
              <w:spacing w:after="0"/>
              <w:jc w:val="center"/>
            </w:pPr>
            <w:r>
              <w:t>____________________</w:t>
            </w:r>
          </w:p>
        </w:tc>
        <w:tc>
          <w:tcPr>
            <w:tcW w:w="2520" w:type="dxa"/>
            <w:tcMar>
              <w:top w:w="35" w:type="dxa"/>
              <w:left w:w="60" w:type="dxa"/>
              <w:bottom w:w="35" w:type="dxa"/>
              <w:right w:w="60" w:type="dxa"/>
            </w:tcMar>
          </w:tcPr>
          <w:p w:rsidR="002B7425" w:rsidRDefault="00A52EBD">
            <w:pPr>
              <w:spacing w:after="0"/>
              <w:jc w:val="center"/>
            </w:pPr>
            <w:r>
              <w:t>____________________</w:t>
            </w:r>
          </w:p>
        </w:tc>
      </w:tr>
    </w:tbl>
    <w:p w:rsidR="002B7425" w:rsidRDefault="00A52EBD">
      <w:r>
        <w:rPr>
          <w:b/>
        </w:rPr>
        <w:t xml:space="preserve">For Official </w:t>
      </w:r>
      <w:r>
        <w:rPr>
          <w:b/>
        </w:rPr>
        <w:t>Use - TAP Builders</w:t>
      </w:r>
    </w:p>
    <w:tbl>
      <w:tblPr>
        <w:tblStyle w:val="TableGrid"/>
        <w:tblW w:w="0" w:type="auto"/>
        <w:jc w:val="center"/>
        <w:tblLayout w:type="fixed"/>
        <w:tblLook w:val="04A0" w:firstRow="1" w:lastRow="0" w:firstColumn="1" w:lastColumn="0" w:noHBand="0" w:noVBand="1"/>
      </w:tblPr>
      <w:tblGrid>
        <w:gridCol w:w="5040"/>
        <w:gridCol w:w="5040"/>
      </w:tblGrid>
      <w:tr w:rsidR="002B7425">
        <w:trPr>
          <w:cantSplit/>
          <w:jc w:val="center"/>
        </w:trPr>
        <w:tc>
          <w:tcPr>
            <w:tcW w:w="5040" w:type="dxa"/>
            <w:shd w:val="clear" w:color="auto" w:fill="D9EAF7"/>
            <w:tcMar>
              <w:top w:w="35" w:type="dxa"/>
              <w:left w:w="60" w:type="dxa"/>
              <w:bottom w:w="35" w:type="dxa"/>
              <w:right w:w="60" w:type="dxa"/>
            </w:tcMar>
            <w:vAlign w:val="center"/>
          </w:tcPr>
          <w:p w:rsidR="002B7425" w:rsidRDefault="00A52EBD">
            <w:pPr>
              <w:spacing w:after="0"/>
            </w:pPr>
            <w:r>
              <w:rPr>
                <w:b/>
              </w:rPr>
              <w:t>Booking and payment record verified by</w:t>
            </w:r>
          </w:p>
        </w:tc>
        <w:tc>
          <w:tcPr>
            <w:tcW w:w="5040" w:type="dxa"/>
            <w:tcMar>
              <w:top w:w="35" w:type="dxa"/>
              <w:left w:w="60" w:type="dxa"/>
              <w:bottom w:w="35" w:type="dxa"/>
              <w:right w:w="60" w:type="dxa"/>
            </w:tcMar>
            <w:vAlign w:val="center"/>
          </w:tcPr>
          <w:p w:rsidR="002B7425" w:rsidRDefault="00A52EBD">
            <w:pPr>
              <w:spacing w:after="0"/>
            </w:pPr>
            <w:r>
              <w:t>Name/Designation: _________________________________</w:t>
            </w:r>
          </w:p>
        </w:tc>
      </w:tr>
      <w:tr w:rsidR="002B7425">
        <w:trPr>
          <w:cantSplit/>
          <w:jc w:val="center"/>
        </w:trPr>
        <w:tc>
          <w:tcPr>
            <w:tcW w:w="5040" w:type="dxa"/>
            <w:shd w:val="clear" w:color="auto" w:fill="D9EAF7"/>
            <w:tcMar>
              <w:top w:w="35" w:type="dxa"/>
              <w:left w:w="60" w:type="dxa"/>
              <w:bottom w:w="35" w:type="dxa"/>
              <w:right w:w="60" w:type="dxa"/>
            </w:tcMar>
            <w:vAlign w:val="center"/>
          </w:tcPr>
          <w:p w:rsidR="002B7425" w:rsidRDefault="00A52EBD">
            <w:pPr>
              <w:spacing w:after="0"/>
            </w:pPr>
            <w:r>
              <w:rPr>
                <w:b/>
              </w:rPr>
              <w:t>Total verified amount paid</w:t>
            </w:r>
          </w:p>
        </w:tc>
        <w:tc>
          <w:tcPr>
            <w:tcW w:w="5040" w:type="dxa"/>
            <w:tcMar>
              <w:top w:w="35" w:type="dxa"/>
              <w:left w:w="60" w:type="dxa"/>
              <w:bottom w:w="35" w:type="dxa"/>
              <w:right w:w="60" w:type="dxa"/>
            </w:tcMar>
            <w:vAlign w:val="center"/>
          </w:tcPr>
          <w:p w:rsidR="002B7425" w:rsidRDefault="00A52EBD">
            <w:pPr>
              <w:spacing w:after="0"/>
            </w:pPr>
            <w:r>
              <w:t>Rs. __________________ /-</w:t>
            </w:r>
          </w:p>
        </w:tc>
      </w:tr>
      <w:tr w:rsidR="002B7425">
        <w:trPr>
          <w:cantSplit/>
          <w:jc w:val="center"/>
        </w:trPr>
        <w:tc>
          <w:tcPr>
            <w:tcW w:w="5040" w:type="dxa"/>
            <w:shd w:val="clear" w:color="auto" w:fill="D9EAF7"/>
            <w:tcMar>
              <w:top w:w="35" w:type="dxa"/>
              <w:left w:w="60" w:type="dxa"/>
              <w:bottom w:w="35" w:type="dxa"/>
              <w:right w:w="60" w:type="dxa"/>
            </w:tcMar>
            <w:vAlign w:val="center"/>
          </w:tcPr>
          <w:p w:rsidR="002B7425" w:rsidRDefault="00A52EBD">
            <w:pPr>
              <w:spacing w:after="0"/>
            </w:pPr>
            <w:r>
              <w:rPr>
                <w:b/>
              </w:rPr>
              <w:t>Outstanding amount before rescheduling</w:t>
            </w:r>
          </w:p>
        </w:tc>
        <w:tc>
          <w:tcPr>
            <w:tcW w:w="5040" w:type="dxa"/>
            <w:tcMar>
              <w:top w:w="35" w:type="dxa"/>
              <w:left w:w="60" w:type="dxa"/>
              <w:bottom w:w="35" w:type="dxa"/>
              <w:right w:w="60" w:type="dxa"/>
            </w:tcMar>
            <w:vAlign w:val="center"/>
          </w:tcPr>
          <w:p w:rsidR="002B7425" w:rsidRDefault="00A52EBD">
            <w:pPr>
              <w:spacing w:after="0"/>
            </w:pPr>
            <w:r>
              <w:t>Rs. __________________ /-</w:t>
            </w:r>
          </w:p>
        </w:tc>
      </w:tr>
      <w:tr w:rsidR="002B7425">
        <w:trPr>
          <w:cantSplit/>
          <w:jc w:val="center"/>
        </w:trPr>
        <w:tc>
          <w:tcPr>
            <w:tcW w:w="5040" w:type="dxa"/>
            <w:shd w:val="clear" w:color="auto" w:fill="D9EAF7"/>
            <w:tcMar>
              <w:top w:w="35" w:type="dxa"/>
              <w:left w:w="60" w:type="dxa"/>
              <w:bottom w:w="35" w:type="dxa"/>
              <w:right w:w="60" w:type="dxa"/>
            </w:tcMar>
            <w:vAlign w:val="center"/>
          </w:tcPr>
          <w:p w:rsidR="002B7425" w:rsidRDefault="00A52EBD">
            <w:pPr>
              <w:spacing w:after="0"/>
            </w:pPr>
            <w:r>
              <w:rPr>
                <w:b/>
              </w:rPr>
              <w:t xml:space="preserve">Overdue amount </w:t>
            </w:r>
            <w:r>
              <w:rPr>
                <w:b/>
              </w:rPr>
              <w:t>received/adjusted</w:t>
            </w:r>
          </w:p>
        </w:tc>
        <w:tc>
          <w:tcPr>
            <w:tcW w:w="5040" w:type="dxa"/>
            <w:tcMar>
              <w:top w:w="35" w:type="dxa"/>
              <w:left w:w="60" w:type="dxa"/>
              <w:bottom w:w="35" w:type="dxa"/>
              <w:right w:w="60" w:type="dxa"/>
            </w:tcMar>
            <w:vAlign w:val="center"/>
          </w:tcPr>
          <w:p w:rsidR="002B7425" w:rsidRDefault="00A52EBD">
            <w:pPr>
              <w:spacing w:after="0"/>
            </w:pPr>
            <w:r>
              <w:t>Rs. __________________ /-</w:t>
            </w:r>
          </w:p>
        </w:tc>
      </w:tr>
      <w:tr w:rsidR="002B7425">
        <w:trPr>
          <w:cantSplit/>
          <w:jc w:val="center"/>
        </w:trPr>
        <w:tc>
          <w:tcPr>
            <w:tcW w:w="5040" w:type="dxa"/>
            <w:shd w:val="clear" w:color="auto" w:fill="D9EAF7"/>
            <w:tcMar>
              <w:top w:w="35" w:type="dxa"/>
              <w:left w:w="60" w:type="dxa"/>
              <w:bottom w:w="35" w:type="dxa"/>
              <w:right w:w="60" w:type="dxa"/>
            </w:tcMar>
            <w:vAlign w:val="center"/>
          </w:tcPr>
          <w:p w:rsidR="002B7425" w:rsidRDefault="00A52EBD">
            <w:pPr>
              <w:spacing w:after="0"/>
            </w:pPr>
            <w:r>
              <w:rPr>
                <w:b/>
              </w:rPr>
              <w:t>Approved revised instalment</w:t>
            </w:r>
          </w:p>
        </w:tc>
        <w:tc>
          <w:tcPr>
            <w:tcW w:w="5040" w:type="dxa"/>
            <w:tcMar>
              <w:top w:w="35" w:type="dxa"/>
              <w:left w:w="60" w:type="dxa"/>
              <w:bottom w:w="35" w:type="dxa"/>
              <w:right w:w="60" w:type="dxa"/>
            </w:tcMar>
            <w:vAlign w:val="center"/>
          </w:tcPr>
          <w:p w:rsidR="002B7425" w:rsidRDefault="00A52EBD">
            <w:pPr>
              <w:spacing w:after="0"/>
            </w:pPr>
            <w:r>
              <w:t>Rs. __________________ /-</w:t>
            </w:r>
          </w:p>
        </w:tc>
      </w:tr>
      <w:tr w:rsidR="002B7425">
        <w:trPr>
          <w:cantSplit/>
          <w:jc w:val="center"/>
        </w:trPr>
        <w:tc>
          <w:tcPr>
            <w:tcW w:w="5040" w:type="dxa"/>
            <w:shd w:val="clear" w:color="auto" w:fill="D9EAF7"/>
            <w:tcMar>
              <w:top w:w="35" w:type="dxa"/>
              <w:left w:w="60" w:type="dxa"/>
              <w:bottom w:w="35" w:type="dxa"/>
              <w:right w:w="60" w:type="dxa"/>
            </w:tcMar>
            <w:vAlign w:val="center"/>
          </w:tcPr>
          <w:p w:rsidR="002B7425" w:rsidRDefault="00A52EBD">
            <w:pPr>
              <w:spacing w:after="0"/>
            </w:pPr>
            <w:r>
              <w:rPr>
                <w:b/>
              </w:rPr>
              <w:t>Revised schedule effective from</w:t>
            </w:r>
          </w:p>
        </w:tc>
        <w:tc>
          <w:tcPr>
            <w:tcW w:w="5040" w:type="dxa"/>
            <w:tcMar>
              <w:top w:w="35" w:type="dxa"/>
              <w:left w:w="60" w:type="dxa"/>
              <w:bottom w:w="35" w:type="dxa"/>
              <w:right w:w="60" w:type="dxa"/>
            </w:tcMar>
            <w:vAlign w:val="center"/>
          </w:tcPr>
          <w:p w:rsidR="002B7425" w:rsidRDefault="00A52EBD">
            <w:pPr>
              <w:spacing w:after="0"/>
            </w:pPr>
            <w:r>
              <w:t>Date: _________________________________</w:t>
            </w:r>
          </w:p>
        </w:tc>
      </w:tr>
      <w:tr w:rsidR="002B7425">
        <w:trPr>
          <w:cantSplit/>
          <w:jc w:val="center"/>
        </w:trPr>
        <w:tc>
          <w:tcPr>
            <w:tcW w:w="5040" w:type="dxa"/>
            <w:shd w:val="clear" w:color="auto" w:fill="D9EAF7"/>
            <w:tcMar>
              <w:top w:w="35" w:type="dxa"/>
              <w:left w:w="60" w:type="dxa"/>
              <w:bottom w:w="35" w:type="dxa"/>
              <w:right w:w="60" w:type="dxa"/>
            </w:tcMar>
            <w:vAlign w:val="center"/>
          </w:tcPr>
          <w:p w:rsidR="002B7425" w:rsidRDefault="00A52EBD">
            <w:pPr>
              <w:spacing w:after="0"/>
            </w:pPr>
            <w:r>
              <w:rPr>
                <w:b/>
              </w:rPr>
              <w:t>Final payment due date</w:t>
            </w:r>
          </w:p>
        </w:tc>
        <w:tc>
          <w:tcPr>
            <w:tcW w:w="5040" w:type="dxa"/>
            <w:tcMar>
              <w:top w:w="35" w:type="dxa"/>
              <w:left w:w="60" w:type="dxa"/>
              <w:bottom w:w="35" w:type="dxa"/>
              <w:right w:w="60" w:type="dxa"/>
            </w:tcMar>
            <w:vAlign w:val="center"/>
          </w:tcPr>
          <w:p w:rsidR="002B7425" w:rsidRDefault="00A52EBD">
            <w:pPr>
              <w:spacing w:after="0"/>
            </w:pPr>
            <w:r>
              <w:t>Date: _________________________________</w:t>
            </w:r>
          </w:p>
        </w:tc>
      </w:tr>
      <w:tr w:rsidR="002B7425">
        <w:trPr>
          <w:cantSplit/>
          <w:jc w:val="center"/>
        </w:trPr>
        <w:tc>
          <w:tcPr>
            <w:tcW w:w="5040" w:type="dxa"/>
            <w:shd w:val="clear" w:color="auto" w:fill="D9EAF7"/>
            <w:tcMar>
              <w:top w:w="35" w:type="dxa"/>
              <w:left w:w="60" w:type="dxa"/>
              <w:bottom w:w="35" w:type="dxa"/>
              <w:right w:w="60" w:type="dxa"/>
            </w:tcMar>
            <w:vAlign w:val="center"/>
          </w:tcPr>
          <w:p w:rsidR="002B7425" w:rsidRDefault="00A52EBD">
            <w:pPr>
              <w:spacing w:after="0"/>
            </w:pPr>
            <w:r>
              <w:rPr>
                <w:b/>
              </w:rPr>
              <w:t>Management approval</w:t>
            </w:r>
          </w:p>
        </w:tc>
        <w:tc>
          <w:tcPr>
            <w:tcW w:w="5040" w:type="dxa"/>
            <w:tcMar>
              <w:top w:w="35" w:type="dxa"/>
              <w:left w:w="60" w:type="dxa"/>
              <w:bottom w:w="35" w:type="dxa"/>
              <w:right w:w="60" w:type="dxa"/>
            </w:tcMar>
            <w:vAlign w:val="center"/>
          </w:tcPr>
          <w:p w:rsidR="002B7425" w:rsidRDefault="00A52EBD">
            <w:pPr>
              <w:spacing w:after="0"/>
            </w:pPr>
            <w:r>
              <w:t>Name/Designation: _________________________________</w:t>
            </w:r>
          </w:p>
        </w:tc>
      </w:tr>
      <w:tr w:rsidR="002B7425">
        <w:trPr>
          <w:cantSplit/>
          <w:jc w:val="center"/>
        </w:trPr>
        <w:tc>
          <w:tcPr>
            <w:tcW w:w="5040" w:type="dxa"/>
            <w:shd w:val="clear" w:color="auto" w:fill="D9EAF7"/>
            <w:tcMar>
              <w:top w:w="35" w:type="dxa"/>
              <w:left w:w="60" w:type="dxa"/>
              <w:bottom w:w="35" w:type="dxa"/>
              <w:right w:w="60" w:type="dxa"/>
            </w:tcMar>
            <w:vAlign w:val="center"/>
          </w:tcPr>
          <w:p w:rsidR="002B7425" w:rsidRDefault="00A52EBD">
            <w:pPr>
              <w:spacing w:after="0"/>
            </w:pPr>
            <w:r>
              <w:rPr>
                <w:b/>
              </w:rPr>
              <w:t>Authorized signature and date</w:t>
            </w:r>
          </w:p>
        </w:tc>
        <w:tc>
          <w:tcPr>
            <w:tcW w:w="5040" w:type="dxa"/>
            <w:tcMar>
              <w:top w:w="35" w:type="dxa"/>
              <w:left w:w="60" w:type="dxa"/>
              <w:bottom w:w="35" w:type="dxa"/>
              <w:right w:w="60" w:type="dxa"/>
            </w:tcMar>
            <w:vAlign w:val="center"/>
          </w:tcPr>
          <w:p w:rsidR="002B7425" w:rsidRDefault="00A52EBD">
            <w:pPr>
              <w:spacing w:after="0"/>
            </w:pPr>
            <w:r>
              <w:t>Signature: ________________</w:t>
            </w:r>
            <w:r>
              <w:t>__  Date: ______________</w:t>
            </w:r>
          </w:p>
        </w:tc>
      </w:tr>
    </w:tbl>
    <w:p w:rsidR="002B7425" w:rsidRDefault="00A52EBD">
      <w:pPr>
        <w:jc w:val="center"/>
      </w:pPr>
      <w:r>
        <w:rPr>
          <w:sz w:val="16"/>
        </w:rPr>
        <w:t>Attachments: Copy of CNIC; existing payment schedule; payment reconciliation; approved revised payment schedule; proof of overdue/initial rescheduled payment and processing charges; and joint-applicant consent, if applicable.</w:t>
      </w:r>
    </w:p>
    <w:sectPr w:rsidR="002B7425" w:rsidSect="00034616">
      <w:footerReference w:type="default" r:id="rId8"/>
      <w:pgSz w:w="12240" w:h="15840"/>
      <w:pgMar w:top="936" w:right="1080" w:bottom="936"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52EBD" w:rsidRDefault="00A52EBD">
      <w:pPr>
        <w:spacing w:after="0"/>
      </w:pPr>
      <w:r>
        <w:separator/>
      </w:r>
    </w:p>
  </w:endnote>
  <w:endnote w:type="continuationSeparator" w:id="0">
    <w:p w:rsidR="00A52EBD" w:rsidRDefault="00A52EB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7425" w:rsidRDefault="00A52EBD">
    <w:pPr>
      <w:pStyle w:val="Footer"/>
      <w:jc w:val="center"/>
    </w:pPr>
    <w:r>
      <w:rPr>
        <w:color w:val="646464"/>
        <w:sz w:val="16"/>
      </w:rPr>
      <w:t>TAP Builders - Standard Request for Rescheduling of Payment Plan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52EBD" w:rsidRDefault="00A52EBD">
      <w:pPr>
        <w:spacing w:after="0"/>
      </w:pPr>
      <w:r>
        <w:separator/>
      </w:r>
    </w:p>
  </w:footnote>
  <w:footnote w:type="continuationSeparator" w:id="0">
    <w:p w:rsidR="00A52EBD" w:rsidRDefault="00A52EBD">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2B7425"/>
    <w:rsid w:val="00326F90"/>
    <w:rsid w:val="00952845"/>
    <w:rsid w:val="00A52EBD"/>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15:docId w15:val="{E47E6044-D610-4820-B13C-B372B8E6DA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40" w:line="240" w:lineRule="auto"/>
    </w:pPr>
    <w:rPr>
      <w:rFonts w:ascii="Times New Roman" w:eastAsia="Times New Roman" w:hAnsi="Times New Roman"/>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67F0B-6EF2-45CE-A08C-68EDE9D15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959</Words>
  <Characters>5471</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6418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KARAKORUM</cp:lastModifiedBy>
  <cp:revision>2</cp:revision>
  <dcterms:created xsi:type="dcterms:W3CDTF">2013-12-23T23:15:00Z</dcterms:created>
  <dcterms:modified xsi:type="dcterms:W3CDTF">2026-07-28T12:22:00Z</dcterms:modified>
  <cp:category/>
</cp:coreProperties>
</file>