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CAF" w:rsidRDefault="00033A1B">
      <w:pPr>
        <w:jc w:val="right"/>
      </w:pPr>
      <w:r>
        <w:rPr>
          <w:b/>
        </w:rPr>
        <w:t>Date: __________________</w:t>
      </w:r>
    </w:p>
    <w:p w:rsidR="00356CAF" w:rsidRDefault="00033A1B">
      <w:r>
        <w:rPr>
          <w:b/>
        </w:rPr>
        <w:t>TAP BUILDERS</w:t>
      </w:r>
      <w:r>
        <w:rPr>
          <w:b/>
        </w:rPr>
        <w:br/>
      </w:r>
      <w:r>
        <w:t>PLOT NO. FL-4, SECTOR 4-A,</w:t>
      </w:r>
      <w:r>
        <w:br/>
        <w:t>SURJANI TOWN,</w:t>
      </w:r>
      <w:r>
        <w:br/>
        <w:t>KARACHI.</w:t>
      </w:r>
    </w:p>
    <w:p w:rsidR="00356CAF" w:rsidRDefault="00033A1B">
      <w:pPr>
        <w:jc w:val="center"/>
      </w:pPr>
      <w:r>
        <w:rPr>
          <w:b/>
          <w:sz w:val="19"/>
        </w:rPr>
        <w:t xml:space="preserve">TO BE EXECUTED ON NON-JUDICIAL STAMP PAPER </w:t>
      </w:r>
      <w:bookmarkStart w:id="0" w:name="_GoBack"/>
      <w:bookmarkEnd w:id="0"/>
    </w:p>
    <w:p w:rsidR="00356CAF" w:rsidRDefault="00033A1B">
      <w:pPr>
        <w:jc w:val="center"/>
      </w:pPr>
      <w:r>
        <w:rPr>
          <w:b/>
          <w:sz w:val="23"/>
          <w:u w:val="single"/>
        </w:rPr>
        <w:t>SUBJECT: REQUEST AND UNDERTAKING FOR TRANSFER OF BOOKED UNIT/FLAT</w:t>
      </w:r>
    </w:p>
    <w:p w:rsidR="00356CAF" w:rsidRDefault="00033A1B">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xml:space="preserve">, being the existing applicant/allottee, had booked the following unit/flat in </w:t>
      </w:r>
      <w:r>
        <w:t>your project "FAIZ RESIDENCY", located at Plot No. FL-4, Sector 4-A, Surjani Town, Karachi:</w:t>
      </w:r>
    </w:p>
    <w:p w:rsidR="00356CAF" w:rsidRDefault="00033A1B">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Unit/Flat No.</w:t>
            </w:r>
          </w:p>
        </w:tc>
        <w:tc>
          <w:tcPr>
            <w:tcW w:w="5040" w:type="dxa"/>
            <w:tcMar>
              <w:top w:w="45" w:type="dxa"/>
              <w:left w:w="70" w:type="dxa"/>
              <w:bottom w:w="45" w:type="dxa"/>
              <w:right w:w="70" w:type="dxa"/>
            </w:tcMar>
            <w:vAlign w:val="center"/>
          </w:tcPr>
          <w:p w:rsidR="00356CAF" w:rsidRDefault="00033A1B">
            <w:pPr>
              <w:spacing w:after="0"/>
            </w:pPr>
            <w:r>
              <w:t>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Type</w:t>
            </w:r>
          </w:p>
        </w:tc>
        <w:tc>
          <w:tcPr>
            <w:tcW w:w="5040" w:type="dxa"/>
            <w:tcMar>
              <w:top w:w="45" w:type="dxa"/>
              <w:left w:w="70" w:type="dxa"/>
              <w:bottom w:w="45" w:type="dxa"/>
              <w:right w:w="70" w:type="dxa"/>
            </w:tcMar>
            <w:vAlign w:val="center"/>
          </w:tcPr>
          <w:p w:rsidR="00356CAF" w:rsidRDefault="00033A1B">
            <w:pPr>
              <w:spacing w:after="0"/>
            </w:pPr>
            <w:r>
              <w:t>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Block</w:t>
            </w:r>
          </w:p>
        </w:tc>
        <w:tc>
          <w:tcPr>
            <w:tcW w:w="5040" w:type="dxa"/>
            <w:tcMar>
              <w:top w:w="45" w:type="dxa"/>
              <w:left w:w="70" w:type="dxa"/>
              <w:bottom w:w="45" w:type="dxa"/>
              <w:right w:w="70" w:type="dxa"/>
            </w:tcMar>
            <w:vAlign w:val="center"/>
          </w:tcPr>
          <w:p w:rsidR="00356CAF" w:rsidRDefault="00033A1B">
            <w:pPr>
              <w:spacing w:after="0"/>
            </w:pPr>
            <w:r>
              <w:t>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Booking/File No.</w:t>
            </w:r>
          </w:p>
        </w:tc>
        <w:tc>
          <w:tcPr>
            <w:tcW w:w="5040" w:type="dxa"/>
            <w:tcMar>
              <w:top w:w="45" w:type="dxa"/>
              <w:left w:w="70" w:type="dxa"/>
              <w:bottom w:w="45" w:type="dxa"/>
              <w:right w:w="70" w:type="dxa"/>
            </w:tcMar>
            <w:vAlign w:val="center"/>
          </w:tcPr>
          <w:p w:rsidR="00356CAF" w:rsidRDefault="00033A1B">
            <w:pPr>
              <w:spacing w:after="0"/>
            </w:pPr>
            <w:r>
              <w:t>_______________</w:t>
            </w:r>
            <w:r>
              <w:t>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Total Sale Price</w:t>
            </w:r>
          </w:p>
        </w:tc>
        <w:tc>
          <w:tcPr>
            <w:tcW w:w="5040" w:type="dxa"/>
            <w:tcMar>
              <w:top w:w="45" w:type="dxa"/>
              <w:left w:w="70" w:type="dxa"/>
              <w:bottom w:w="45" w:type="dxa"/>
              <w:right w:w="70" w:type="dxa"/>
            </w:tcMar>
            <w:vAlign w:val="center"/>
          </w:tcPr>
          <w:p w:rsidR="00356CAF" w:rsidRDefault="00033A1B">
            <w:pPr>
              <w:spacing w:after="0"/>
            </w:pPr>
            <w:r>
              <w:t>Rs. __________________ /-</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Total Amount Paid</w:t>
            </w:r>
          </w:p>
        </w:tc>
        <w:tc>
          <w:tcPr>
            <w:tcW w:w="5040" w:type="dxa"/>
            <w:tcMar>
              <w:top w:w="45" w:type="dxa"/>
              <w:left w:w="70" w:type="dxa"/>
              <w:bottom w:w="45" w:type="dxa"/>
              <w:right w:w="70" w:type="dxa"/>
            </w:tcMar>
            <w:vAlign w:val="center"/>
          </w:tcPr>
          <w:p w:rsidR="00356CAF" w:rsidRDefault="00033A1B">
            <w:pPr>
              <w:spacing w:after="0"/>
            </w:pPr>
            <w:r>
              <w:t>Rs. __________________ /-</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Outstanding Amount</w:t>
            </w:r>
          </w:p>
        </w:tc>
        <w:tc>
          <w:tcPr>
            <w:tcW w:w="5040" w:type="dxa"/>
            <w:tcMar>
              <w:top w:w="45" w:type="dxa"/>
              <w:left w:w="70" w:type="dxa"/>
              <w:bottom w:w="45" w:type="dxa"/>
              <w:right w:w="70" w:type="dxa"/>
            </w:tcMar>
            <w:vAlign w:val="center"/>
          </w:tcPr>
          <w:p w:rsidR="00356CAF" w:rsidRDefault="00033A1B">
            <w:pPr>
              <w:spacing w:after="0"/>
            </w:pPr>
            <w:r>
              <w:t>Rs. __________________ /-</w:t>
            </w:r>
          </w:p>
        </w:tc>
      </w:tr>
    </w:tbl>
    <w:p w:rsidR="00356CAF" w:rsidRDefault="00033A1B">
      <w:pPr>
        <w:jc w:val="both"/>
      </w:pPr>
      <w:r>
        <w:t xml:space="preserve">I hereby request TAP Builders to transfer the above booking in favour of the proposed transferee/new </w:t>
      </w:r>
      <w:r>
        <w:t>allottee whose particulars are stated below:</w:t>
      </w:r>
    </w:p>
    <w:p w:rsidR="00356CAF" w:rsidRDefault="00033A1B">
      <w:r>
        <w:rPr>
          <w:b/>
        </w:rPr>
        <w:t>Proposed Transferee/New Allottee Details:</w:t>
      </w:r>
    </w:p>
    <w:tbl>
      <w:tblPr>
        <w:tblStyle w:val="TableGrid"/>
        <w:tblW w:w="0" w:type="auto"/>
        <w:jc w:val="center"/>
        <w:tblLayout w:type="fixed"/>
        <w:tblLook w:val="04A0" w:firstRow="1" w:lastRow="0" w:firstColumn="1" w:lastColumn="0" w:noHBand="0" w:noVBand="1"/>
      </w:tblPr>
      <w:tblGrid>
        <w:gridCol w:w="5040"/>
        <w:gridCol w:w="5040"/>
      </w:tblGrid>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Name</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S/O / D/O / W/O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CNIC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w:t>
            </w:r>
            <w:r>
              <w:rPr>
                <w:b/>
              </w:rPr>
              <w:t>ontact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Address</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Email, if any</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Relationship with Existing Allottee</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bl>
    <w:p w:rsidR="00356CAF" w:rsidRDefault="00033A1B">
      <w:pPr>
        <w:jc w:val="both"/>
      </w:pPr>
      <w:r>
        <w:t xml:space="preserve">I </w:t>
      </w:r>
      <w:r>
        <w:t>hereby acknowledge, confirm and undertake as follows:</w:t>
      </w:r>
    </w:p>
    <w:p w:rsidR="00356CAF" w:rsidRDefault="00033A1B">
      <w:pPr>
        <w:pStyle w:val="ListNumber"/>
        <w:spacing w:after="40"/>
        <w:ind w:left="389" w:hanging="245"/>
        <w:jc w:val="both"/>
      </w:pPr>
      <w:r>
        <w:t>This request is made voluntarily and with my free consent. The proposed transferee/new allottee has also agreed to accept the transfer and the obligations attached to the booking.</w:t>
      </w:r>
    </w:p>
    <w:p w:rsidR="00356CAF" w:rsidRDefault="00033A1B">
      <w:pPr>
        <w:pStyle w:val="ListNumber"/>
        <w:spacing w:after="40"/>
        <w:ind w:left="389" w:hanging="245"/>
        <w:jc w:val="both"/>
      </w:pPr>
      <w:r>
        <w:t xml:space="preserve">No transfer or change </w:t>
      </w:r>
      <w:r>
        <w:t>in the booking record shall become effective unless TAP Builders verifies the booking and payment records, receives all required documents and applicable charges, and issues written approval or a revised booking/allotment confirmation.</w:t>
      </w:r>
    </w:p>
    <w:p w:rsidR="00356CAF" w:rsidRDefault="00033A1B">
      <w:pPr>
        <w:pStyle w:val="ListNumber"/>
        <w:spacing w:after="40"/>
        <w:ind w:left="389" w:hanging="245"/>
        <w:jc w:val="both"/>
      </w:pPr>
      <w:r>
        <w:t>Only the amount veri</w:t>
      </w:r>
      <w:r>
        <w:t>fied in the books, bank records and receipts of TAP Builders shall be credited to the transferred booking. Any disputed or unverified payment shall remain subject to separate verification.</w:t>
      </w:r>
    </w:p>
    <w:p w:rsidR="00356CAF" w:rsidRDefault="00033A1B">
      <w:pPr>
        <w:pStyle w:val="ListNumber"/>
        <w:spacing w:after="40"/>
        <w:ind w:left="389" w:hanging="245"/>
        <w:jc w:val="both"/>
      </w:pPr>
      <w:r>
        <w:t>The proposed transferee/new allottee shall, from the effective date</w:t>
      </w:r>
      <w:r>
        <w:t xml:space="preserve"> approved by TAP Builders, assume and pay all outstanding instalments, transfer charges, documentation charges, taxes, duties and other liabilities relating to the booked Unit/Flat.</w:t>
      </w:r>
    </w:p>
    <w:p w:rsidR="00356CAF" w:rsidRDefault="00033A1B">
      <w:pPr>
        <w:pStyle w:val="ListNumber"/>
        <w:spacing w:after="40"/>
        <w:ind w:left="389" w:hanging="245"/>
        <w:jc w:val="both"/>
      </w:pPr>
      <w:r>
        <w:t xml:space="preserve">The sale price, payment schedule, discounts, late-payment charges and all </w:t>
      </w:r>
      <w:r>
        <w:t>other terms applicable after transfer shall be those confirmed in writing by TAP Builders. No verbal assurance shall be binding upon TAP Builders.</w:t>
      </w:r>
    </w:p>
    <w:p w:rsidR="00356CAF" w:rsidRDefault="00033A1B">
      <w:pPr>
        <w:pStyle w:val="ListNumber"/>
        <w:spacing w:after="40"/>
        <w:ind w:left="389" w:hanging="245"/>
        <w:jc w:val="both"/>
      </w:pPr>
      <w:r>
        <w:t>Upon approval of the transfer and issuance of the revised booking/allotment confirmation, I shall have no fur</w:t>
      </w:r>
      <w:r>
        <w:t>ther right, claim, interest, possession claim, refund claim, appreciation claim or other entitlement in respect of the booked Unit/Flat, except as expressly recorded in writing by TAP Builders.</w:t>
      </w:r>
    </w:p>
    <w:p w:rsidR="00356CAF" w:rsidRDefault="00033A1B">
      <w:pPr>
        <w:pStyle w:val="ListNumber"/>
        <w:spacing w:after="40"/>
        <w:ind w:left="389" w:hanging="245"/>
        <w:jc w:val="both"/>
      </w:pPr>
      <w:r>
        <w:t>I confirm that the booked Unit/Flat has not been previously so</w:t>
      </w:r>
      <w:r>
        <w:t>ld, assigned, transferred, pledged, mortgaged or made subject to any lien, attachment, court order, dispute or third-party right. I shall be responsible for any claim arising from any incorrect declaration made by me.</w:t>
      </w:r>
    </w:p>
    <w:p w:rsidR="00356CAF" w:rsidRDefault="00033A1B">
      <w:pPr>
        <w:pStyle w:val="ListNumber"/>
        <w:spacing w:after="40"/>
        <w:ind w:left="389" w:hanging="245"/>
        <w:jc w:val="both"/>
      </w:pPr>
      <w:r>
        <w:lastRenderedPageBreak/>
        <w:t xml:space="preserve">I shall surrender the original </w:t>
      </w:r>
      <w:r>
        <w:t>booking/allotment file, original receipts and related documents to TAP Builders for endorsement, cancellation or reissuance. Any photocopy or scanned copy retained by me shall not be used to assert any right after the transfer is approved.</w:t>
      </w:r>
    </w:p>
    <w:p w:rsidR="00356CAF" w:rsidRDefault="00033A1B">
      <w:pPr>
        <w:pStyle w:val="ListNumber"/>
        <w:spacing w:after="40"/>
        <w:ind w:left="389" w:hanging="245"/>
        <w:jc w:val="both"/>
      </w:pPr>
      <w:r>
        <w:t xml:space="preserve">If the transfer </w:t>
      </w:r>
      <w:r>
        <w:t>request is not approved, the existing booking shall continue in my name under its original terms, subject to its payment status and the rights of the parties. Submission of this request shall not by itself create any right in favour of the proposed transfe</w:t>
      </w:r>
      <w:r>
        <w:t>ree/new allottee.</w:t>
      </w:r>
    </w:p>
    <w:p w:rsidR="00356CAF" w:rsidRDefault="00033A1B">
      <w:pPr>
        <w:pStyle w:val="ListNumber"/>
        <w:spacing w:after="40"/>
        <w:ind w:left="389" w:hanging="245"/>
        <w:jc w:val="both"/>
      </w:pPr>
      <w:r>
        <w:t>I have read and understood this request and undertaking and execute it voluntarily, with full consent and without any pressure, coercion, misrepresentation or undue influence.</w:t>
      </w:r>
    </w:p>
    <w:p w:rsidR="00356CAF" w:rsidRDefault="00033A1B">
      <w:r>
        <w:t>Yours sincerely,</w:t>
      </w:r>
    </w:p>
    <w:p w:rsidR="00356CAF" w:rsidRDefault="00033A1B">
      <w:r>
        <w:rPr>
          <w:b/>
        </w:rPr>
        <w:t>Existing Applicant/Allottee:</w:t>
      </w:r>
    </w:p>
    <w:tbl>
      <w:tblPr>
        <w:tblStyle w:val="TableGrid"/>
        <w:tblW w:w="0" w:type="auto"/>
        <w:jc w:val="center"/>
        <w:tblLayout w:type="fixed"/>
        <w:tblLook w:val="04A0" w:firstRow="1" w:lastRow="0" w:firstColumn="1" w:lastColumn="0" w:noHBand="0" w:noVBand="1"/>
      </w:tblPr>
      <w:tblGrid>
        <w:gridCol w:w="5040"/>
        <w:gridCol w:w="5040"/>
      </w:tblGrid>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Name</w:t>
            </w:r>
          </w:p>
        </w:tc>
        <w:tc>
          <w:tcPr>
            <w:tcW w:w="5040" w:type="dxa"/>
            <w:tcMar>
              <w:top w:w="45" w:type="dxa"/>
              <w:left w:w="70" w:type="dxa"/>
              <w:bottom w:w="45" w:type="dxa"/>
              <w:right w:w="70" w:type="dxa"/>
            </w:tcMar>
            <w:vAlign w:val="center"/>
          </w:tcPr>
          <w:p w:rsidR="00356CAF" w:rsidRDefault="00033A1B">
            <w:pPr>
              <w:spacing w:after="0"/>
            </w:pPr>
            <w:r>
              <w:t>___________</w:t>
            </w:r>
            <w:r>
              <w:t>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CNIC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Contact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Address</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Signature</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Thumb Impression</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bl>
    <w:p w:rsidR="00356CAF" w:rsidRDefault="00033A1B">
      <w:r>
        <w:rPr>
          <w:b/>
        </w:rPr>
        <w:t>Acceptance by Proposed Transferee/New Allottee:</w:t>
      </w:r>
    </w:p>
    <w:tbl>
      <w:tblPr>
        <w:tblStyle w:val="TableGrid"/>
        <w:tblW w:w="0" w:type="auto"/>
        <w:jc w:val="center"/>
        <w:tblLayout w:type="fixed"/>
        <w:tblLook w:val="04A0" w:firstRow="1" w:lastRow="0" w:firstColumn="1" w:lastColumn="0" w:noHBand="0" w:noVBand="1"/>
      </w:tblPr>
      <w:tblGrid>
        <w:gridCol w:w="5040"/>
        <w:gridCol w:w="5040"/>
      </w:tblGrid>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Name</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CNIC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Contact No.</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Address</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Signature</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Thumb Impression</w:t>
            </w:r>
          </w:p>
        </w:tc>
        <w:tc>
          <w:tcPr>
            <w:tcW w:w="5040" w:type="dxa"/>
            <w:tcMar>
              <w:top w:w="45" w:type="dxa"/>
              <w:left w:w="70" w:type="dxa"/>
              <w:bottom w:w="45" w:type="dxa"/>
              <w:right w:w="70" w:type="dxa"/>
            </w:tcMar>
            <w:vAlign w:val="center"/>
          </w:tcPr>
          <w:p w:rsidR="00356CAF" w:rsidRDefault="00033A1B">
            <w:pPr>
              <w:spacing w:after="0"/>
            </w:pPr>
            <w:r>
              <w:t>____________________________________________</w:t>
            </w:r>
          </w:p>
        </w:tc>
      </w:tr>
    </w:tbl>
    <w:p w:rsidR="00356CAF" w:rsidRDefault="00033A1B">
      <w:r>
        <w:rPr>
          <w:b/>
        </w:rPr>
        <w:t xml:space="preserve">Joint Applicant/Co-Allottee, if </w:t>
      </w:r>
      <w:r>
        <w:rPr>
          <w:b/>
        </w:rPr>
        <w:t>applicable:</w:t>
      </w:r>
    </w:p>
    <w:p w:rsidR="00356CAF" w:rsidRDefault="00033A1B">
      <w:r>
        <w:t>Name: __________________________  CNIC No.: __________________________  Signature: __________________________</w:t>
      </w:r>
    </w:p>
    <w:p w:rsidR="00356CAF" w:rsidRDefault="00033A1B">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356CAF">
        <w:trPr>
          <w:jc w:val="center"/>
        </w:trPr>
        <w:tc>
          <w:tcPr>
            <w:tcW w:w="2520" w:type="dxa"/>
            <w:shd w:val="clear" w:color="auto" w:fill="5B9BD5"/>
            <w:tcMar>
              <w:top w:w="45" w:type="dxa"/>
              <w:left w:w="70" w:type="dxa"/>
              <w:bottom w:w="45" w:type="dxa"/>
              <w:right w:w="70" w:type="dxa"/>
            </w:tcMar>
          </w:tcPr>
          <w:p w:rsidR="00356CAF" w:rsidRDefault="00033A1B">
            <w:pPr>
              <w:spacing w:after="0"/>
              <w:jc w:val="center"/>
            </w:pPr>
            <w:r>
              <w:rPr>
                <w:b/>
                <w:color w:val="FFFFFF"/>
              </w:rPr>
              <w:t>Witness</w:t>
            </w:r>
          </w:p>
        </w:tc>
        <w:tc>
          <w:tcPr>
            <w:tcW w:w="2520" w:type="dxa"/>
            <w:shd w:val="clear" w:color="auto" w:fill="5B9BD5"/>
            <w:tcMar>
              <w:top w:w="45" w:type="dxa"/>
              <w:left w:w="70" w:type="dxa"/>
              <w:bottom w:w="45" w:type="dxa"/>
              <w:right w:w="70" w:type="dxa"/>
            </w:tcMar>
          </w:tcPr>
          <w:p w:rsidR="00356CAF" w:rsidRDefault="00033A1B">
            <w:pPr>
              <w:spacing w:after="0"/>
              <w:jc w:val="center"/>
            </w:pPr>
            <w:r>
              <w:rPr>
                <w:b/>
                <w:color w:val="FFFFFF"/>
              </w:rPr>
              <w:t>Name</w:t>
            </w:r>
          </w:p>
        </w:tc>
        <w:tc>
          <w:tcPr>
            <w:tcW w:w="2520" w:type="dxa"/>
            <w:shd w:val="clear" w:color="auto" w:fill="5B9BD5"/>
            <w:tcMar>
              <w:top w:w="45" w:type="dxa"/>
              <w:left w:w="70" w:type="dxa"/>
              <w:bottom w:w="45" w:type="dxa"/>
              <w:right w:w="70" w:type="dxa"/>
            </w:tcMar>
          </w:tcPr>
          <w:p w:rsidR="00356CAF" w:rsidRDefault="00033A1B">
            <w:pPr>
              <w:spacing w:after="0"/>
              <w:jc w:val="center"/>
            </w:pPr>
            <w:r>
              <w:rPr>
                <w:b/>
                <w:color w:val="FFFFFF"/>
              </w:rPr>
              <w:t>CNIC No.</w:t>
            </w:r>
          </w:p>
        </w:tc>
        <w:tc>
          <w:tcPr>
            <w:tcW w:w="2520" w:type="dxa"/>
            <w:shd w:val="clear" w:color="auto" w:fill="5B9BD5"/>
            <w:tcMar>
              <w:top w:w="45" w:type="dxa"/>
              <w:left w:w="70" w:type="dxa"/>
              <w:bottom w:w="45" w:type="dxa"/>
              <w:right w:w="70" w:type="dxa"/>
            </w:tcMar>
          </w:tcPr>
          <w:p w:rsidR="00356CAF" w:rsidRDefault="00033A1B">
            <w:pPr>
              <w:spacing w:after="0"/>
              <w:jc w:val="center"/>
            </w:pPr>
            <w:r>
              <w:rPr>
                <w:b/>
                <w:color w:val="FFFFFF"/>
              </w:rPr>
              <w:t>Signature</w:t>
            </w:r>
          </w:p>
        </w:tc>
      </w:tr>
      <w:tr w:rsidR="00356CAF">
        <w:trPr>
          <w:jc w:val="center"/>
        </w:trPr>
        <w:tc>
          <w:tcPr>
            <w:tcW w:w="2520" w:type="dxa"/>
            <w:tcMar>
              <w:top w:w="45" w:type="dxa"/>
              <w:left w:w="70" w:type="dxa"/>
              <w:bottom w:w="45" w:type="dxa"/>
              <w:right w:w="70" w:type="dxa"/>
            </w:tcMar>
          </w:tcPr>
          <w:p w:rsidR="00356CAF" w:rsidRDefault="00033A1B">
            <w:pPr>
              <w:spacing w:after="0"/>
              <w:jc w:val="center"/>
            </w:pPr>
            <w:r>
              <w:t>1</w:t>
            </w:r>
          </w:p>
        </w:tc>
        <w:tc>
          <w:tcPr>
            <w:tcW w:w="2520" w:type="dxa"/>
            <w:tcMar>
              <w:top w:w="45" w:type="dxa"/>
              <w:left w:w="70" w:type="dxa"/>
              <w:bottom w:w="45" w:type="dxa"/>
              <w:right w:w="70" w:type="dxa"/>
            </w:tcMar>
          </w:tcPr>
          <w:p w:rsidR="00356CAF" w:rsidRDefault="00033A1B">
            <w:pPr>
              <w:spacing w:after="0"/>
              <w:jc w:val="center"/>
            </w:pPr>
            <w:r>
              <w:t>____________________</w:t>
            </w:r>
          </w:p>
        </w:tc>
        <w:tc>
          <w:tcPr>
            <w:tcW w:w="2520" w:type="dxa"/>
            <w:tcMar>
              <w:top w:w="45" w:type="dxa"/>
              <w:left w:w="70" w:type="dxa"/>
              <w:bottom w:w="45" w:type="dxa"/>
              <w:right w:w="70" w:type="dxa"/>
            </w:tcMar>
          </w:tcPr>
          <w:p w:rsidR="00356CAF" w:rsidRDefault="00033A1B">
            <w:pPr>
              <w:spacing w:after="0"/>
              <w:jc w:val="center"/>
            </w:pPr>
            <w:r>
              <w:t>____________________</w:t>
            </w:r>
          </w:p>
        </w:tc>
        <w:tc>
          <w:tcPr>
            <w:tcW w:w="2520" w:type="dxa"/>
            <w:tcMar>
              <w:top w:w="45" w:type="dxa"/>
              <w:left w:w="70" w:type="dxa"/>
              <w:bottom w:w="45" w:type="dxa"/>
              <w:right w:w="70" w:type="dxa"/>
            </w:tcMar>
          </w:tcPr>
          <w:p w:rsidR="00356CAF" w:rsidRDefault="00033A1B">
            <w:pPr>
              <w:spacing w:after="0"/>
              <w:jc w:val="center"/>
            </w:pPr>
            <w:r>
              <w:t>____________________</w:t>
            </w:r>
          </w:p>
        </w:tc>
      </w:tr>
      <w:tr w:rsidR="00356CAF">
        <w:trPr>
          <w:jc w:val="center"/>
        </w:trPr>
        <w:tc>
          <w:tcPr>
            <w:tcW w:w="2520" w:type="dxa"/>
            <w:tcMar>
              <w:top w:w="45" w:type="dxa"/>
              <w:left w:w="70" w:type="dxa"/>
              <w:bottom w:w="45" w:type="dxa"/>
              <w:right w:w="70" w:type="dxa"/>
            </w:tcMar>
          </w:tcPr>
          <w:p w:rsidR="00356CAF" w:rsidRDefault="00033A1B">
            <w:pPr>
              <w:spacing w:after="0"/>
              <w:jc w:val="center"/>
            </w:pPr>
            <w:r>
              <w:t>2</w:t>
            </w:r>
          </w:p>
        </w:tc>
        <w:tc>
          <w:tcPr>
            <w:tcW w:w="2520" w:type="dxa"/>
            <w:tcMar>
              <w:top w:w="45" w:type="dxa"/>
              <w:left w:w="70" w:type="dxa"/>
              <w:bottom w:w="45" w:type="dxa"/>
              <w:right w:w="70" w:type="dxa"/>
            </w:tcMar>
          </w:tcPr>
          <w:p w:rsidR="00356CAF" w:rsidRDefault="00033A1B">
            <w:pPr>
              <w:spacing w:after="0"/>
              <w:jc w:val="center"/>
            </w:pPr>
            <w:r>
              <w:t>____________________</w:t>
            </w:r>
          </w:p>
        </w:tc>
        <w:tc>
          <w:tcPr>
            <w:tcW w:w="2520" w:type="dxa"/>
            <w:tcMar>
              <w:top w:w="45" w:type="dxa"/>
              <w:left w:w="70" w:type="dxa"/>
              <w:bottom w:w="45" w:type="dxa"/>
              <w:right w:w="70" w:type="dxa"/>
            </w:tcMar>
          </w:tcPr>
          <w:p w:rsidR="00356CAF" w:rsidRDefault="00033A1B">
            <w:pPr>
              <w:spacing w:after="0"/>
              <w:jc w:val="center"/>
            </w:pPr>
            <w:r>
              <w:t>____________________</w:t>
            </w:r>
          </w:p>
        </w:tc>
        <w:tc>
          <w:tcPr>
            <w:tcW w:w="2520" w:type="dxa"/>
            <w:tcMar>
              <w:top w:w="45" w:type="dxa"/>
              <w:left w:w="70" w:type="dxa"/>
              <w:bottom w:w="45" w:type="dxa"/>
              <w:right w:w="70" w:type="dxa"/>
            </w:tcMar>
          </w:tcPr>
          <w:p w:rsidR="00356CAF" w:rsidRDefault="00033A1B">
            <w:pPr>
              <w:spacing w:after="0"/>
              <w:jc w:val="center"/>
            </w:pPr>
            <w:r>
              <w:t>____________________</w:t>
            </w:r>
          </w:p>
        </w:tc>
      </w:tr>
    </w:tbl>
    <w:p w:rsidR="00356CAF" w:rsidRDefault="00033A1B">
      <w:r>
        <w:rPr>
          <w:b/>
        </w:rPr>
        <w:t>For Official Use - TAP Builders</w:t>
      </w:r>
    </w:p>
    <w:tbl>
      <w:tblPr>
        <w:tblStyle w:val="TableGrid"/>
        <w:tblW w:w="0" w:type="auto"/>
        <w:jc w:val="center"/>
        <w:tblLayout w:type="fixed"/>
        <w:tblLook w:val="04A0" w:firstRow="1" w:lastRow="0" w:firstColumn="1" w:lastColumn="0" w:noHBand="0" w:noVBand="1"/>
      </w:tblPr>
      <w:tblGrid>
        <w:gridCol w:w="5040"/>
        <w:gridCol w:w="5040"/>
      </w:tblGrid>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Booking and payment record verified by</w:t>
            </w:r>
          </w:p>
        </w:tc>
        <w:tc>
          <w:tcPr>
            <w:tcW w:w="5040" w:type="dxa"/>
            <w:tcMar>
              <w:top w:w="45" w:type="dxa"/>
              <w:left w:w="70" w:type="dxa"/>
              <w:bottom w:w="45" w:type="dxa"/>
              <w:right w:w="70" w:type="dxa"/>
            </w:tcMar>
            <w:vAlign w:val="center"/>
          </w:tcPr>
          <w:p w:rsidR="00356CAF" w:rsidRDefault="00033A1B">
            <w:pPr>
              <w:spacing w:after="0"/>
            </w:pPr>
            <w:r>
              <w:t>Name/Designation: 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Verified amount transferred</w:t>
            </w:r>
          </w:p>
        </w:tc>
        <w:tc>
          <w:tcPr>
            <w:tcW w:w="5040" w:type="dxa"/>
            <w:tcMar>
              <w:top w:w="45" w:type="dxa"/>
              <w:left w:w="70" w:type="dxa"/>
              <w:bottom w:w="45" w:type="dxa"/>
              <w:right w:w="70" w:type="dxa"/>
            </w:tcMar>
            <w:vAlign w:val="center"/>
          </w:tcPr>
          <w:p w:rsidR="00356CAF" w:rsidRDefault="00033A1B">
            <w:pPr>
              <w:spacing w:after="0"/>
            </w:pPr>
            <w:r>
              <w:t>Rs. __________________ /-</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 xml:space="preserve">Transfer charges/other dues </w:t>
            </w:r>
            <w:r>
              <w:rPr>
                <w:b/>
              </w:rPr>
              <w:t>received</w:t>
            </w:r>
          </w:p>
        </w:tc>
        <w:tc>
          <w:tcPr>
            <w:tcW w:w="5040" w:type="dxa"/>
            <w:tcMar>
              <w:top w:w="45" w:type="dxa"/>
              <w:left w:w="70" w:type="dxa"/>
              <w:bottom w:w="45" w:type="dxa"/>
              <w:right w:w="70" w:type="dxa"/>
            </w:tcMar>
            <w:vAlign w:val="center"/>
          </w:tcPr>
          <w:p w:rsidR="00356CAF" w:rsidRDefault="00033A1B">
            <w:pPr>
              <w:spacing w:after="0"/>
            </w:pPr>
            <w:r>
              <w:t>Rs. __________________ /-</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pPr>
              <w:spacing w:after="0"/>
            </w:pPr>
            <w:r>
              <w:rPr>
                <w:b/>
              </w:rPr>
              <w:t>Outstanding balance after transfer</w:t>
            </w:r>
          </w:p>
        </w:tc>
        <w:tc>
          <w:tcPr>
            <w:tcW w:w="5040" w:type="dxa"/>
            <w:tcMar>
              <w:top w:w="45" w:type="dxa"/>
              <w:left w:w="70" w:type="dxa"/>
              <w:bottom w:w="45" w:type="dxa"/>
              <w:right w:w="70" w:type="dxa"/>
            </w:tcMar>
            <w:vAlign w:val="center"/>
          </w:tcPr>
          <w:p w:rsidR="00356CAF" w:rsidRDefault="00033A1B">
            <w:pPr>
              <w:spacing w:after="0"/>
            </w:pPr>
            <w:r>
              <w:t>Rs. __________________ /-</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r>
              <w:t>Original documents and KYC/CNIC verified by</w:t>
            </w:r>
          </w:p>
        </w:tc>
        <w:tc>
          <w:tcPr>
            <w:tcW w:w="5040" w:type="dxa"/>
            <w:tcMar>
              <w:top w:w="45" w:type="dxa"/>
              <w:left w:w="70" w:type="dxa"/>
              <w:bottom w:w="45" w:type="dxa"/>
              <w:right w:w="70" w:type="dxa"/>
            </w:tcMar>
            <w:vAlign w:val="center"/>
          </w:tcPr>
          <w:p w:rsidR="00356CAF" w:rsidRDefault="00033A1B">
            <w:r>
              <w:t>Name/Designation: _________________________________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r>
              <w:t>Management approval and revised booking/allotment</w:t>
            </w:r>
          </w:p>
        </w:tc>
        <w:tc>
          <w:tcPr>
            <w:tcW w:w="5040" w:type="dxa"/>
            <w:tcMar>
              <w:top w:w="45" w:type="dxa"/>
              <w:left w:w="70" w:type="dxa"/>
              <w:bottom w:w="45" w:type="dxa"/>
              <w:right w:w="70" w:type="dxa"/>
            </w:tcMar>
            <w:vAlign w:val="center"/>
          </w:tcPr>
          <w:p w:rsidR="00356CAF" w:rsidRDefault="00033A1B">
            <w:r>
              <w:t>Name/Design</w:t>
            </w:r>
            <w:r>
              <w:t>ation: __________________  Ref. No.: __________  Date: __________</w:t>
            </w:r>
          </w:p>
        </w:tc>
      </w:tr>
      <w:tr w:rsidR="00356CAF">
        <w:trPr>
          <w:cantSplit/>
          <w:jc w:val="center"/>
        </w:trPr>
        <w:tc>
          <w:tcPr>
            <w:tcW w:w="5040" w:type="dxa"/>
            <w:shd w:val="clear" w:color="auto" w:fill="D9EAF7"/>
            <w:tcMar>
              <w:top w:w="45" w:type="dxa"/>
              <w:left w:w="70" w:type="dxa"/>
              <w:bottom w:w="45" w:type="dxa"/>
              <w:right w:w="70" w:type="dxa"/>
            </w:tcMar>
            <w:vAlign w:val="center"/>
          </w:tcPr>
          <w:p w:rsidR="00356CAF" w:rsidRDefault="00033A1B">
            <w:r>
              <w:t>Authorized signature and date</w:t>
            </w:r>
          </w:p>
        </w:tc>
        <w:tc>
          <w:tcPr>
            <w:tcW w:w="5040" w:type="dxa"/>
            <w:tcMar>
              <w:top w:w="45" w:type="dxa"/>
              <w:left w:w="70" w:type="dxa"/>
              <w:bottom w:w="45" w:type="dxa"/>
              <w:right w:w="70" w:type="dxa"/>
            </w:tcMar>
            <w:vAlign w:val="center"/>
          </w:tcPr>
          <w:p w:rsidR="00356CAF" w:rsidRDefault="00033A1B">
            <w:r>
              <w:t>Signature: __________________  Date: ______________</w:t>
            </w:r>
          </w:p>
        </w:tc>
      </w:tr>
    </w:tbl>
    <w:p w:rsidR="00356CAF" w:rsidRDefault="00033A1B">
      <w:pPr>
        <w:jc w:val="center"/>
      </w:pPr>
      <w:r>
        <w:rPr>
          <w:sz w:val="17"/>
        </w:rPr>
        <w:t>Attachments: CNIC copies of both parties, original booking file and receipts, payment reconciliation, tran</w:t>
      </w:r>
      <w:r>
        <w:rPr>
          <w:sz w:val="17"/>
        </w:rPr>
        <w:t>sfer fee/tax proof, joint-applicant consent (if applicable), and revised payment schedule.</w:t>
      </w:r>
    </w:p>
    <w:sectPr w:rsidR="00356CAF"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A1B" w:rsidRDefault="00033A1B">
      <w:pPr>
        <w:spacing w:after="0"/>
      </w:pPr>
      <w:r>
        <w:separator/>
      </w:r>
    </w:p>
  </w:endnote>
  <w:endnote w:type="continuationSeparator" w:id="0">
    <w:p w:rsidR="00033A1B" w:rsidRDefault="00033A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CAF" w:rsidRDefault="00033A1B">
    <w:pPr>
      <w:pStyle w:val="Footer"/>
      <w:jc w:val="center"/>
    </w:pPr>
    <w:r>
      <w:rPr>
        <w:color w:val="646464"/>
        <w:sz w:val="16"/>
      </w:rPr>
      <w:t>TAP Builders - Standard Request for Transfer of Booked Unit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A1B" w:rsidRDefault="00033A1B">
      <w:pPr>
        <w:spacing w:after="0"/>
      </w:pPr>
      <w:r>
        <w:separator/>
      </w:r>
    </w:p>
  </w:footnote>
  <w:footnote w:type="continuationSeparator" w:id="0">
    <w:p w:rsidR="00033A1B" w:rsidRDefault="00033A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A1B"/>
    <w:rsid w:val="00034616"/>
    <w:rsid w:val="0006063C"/>
    <w:rsid w:val="0015074B"/>
    <w:rsid w:val="0029639D"/>
    <w:rsid w:val="00326F90"/>
    <w:rsid w:val="00356CAF"/>
    <w:rsid w:val="00653B2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60" w:line="240"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A688A-BEA5-487A-8855-73F6ED4E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2026-07-28T11:27:00Z</dcterms:modified>
  <cp:category/>
</cp:coreProperties>
</file>