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1696" w:rsidRDefault="006175DD">
      <w:pPr>
        <w:jc w:val="right"/>
      </w:pPr>
      <w:r>
        <w:rPr>
          <w:b/>
        </w:rPr>
        <w:t>Date: __________________</w:t>
      </w:r>
    </w:p>
    <w:p w:rsidR="008F1696" w:rsidRDefault="006175DD">
      <w:r>
        <w:rPr>
          <w:b/>
        </w:rPr>
        <w:t>TAP BUILDERS</w:t>
      </w:r>
      <w:r>
        <w:rPr>
          <w:b/>
        </w:rPr>
        <w:br/>
      </w:r>
      <w:r>
        <w:t>PLOT NO. FL-4, SECTOR 4-A,</w:t>
      </w:r>
      <w:r>
        <w:br/>
        <w:t>SURJANI TOWN,</w:t>
      </w:r>
      <w:r>
        <w:br/>
        <w:t>KARACHI.</w:t>
      </w:r>
    </w:p>
    <w:p w:rsidR="008F1696" w:rsidRDefault="006175DD">
      <w:pPr>
        <w:jc w:val="center"/>
      </w:pPr>
      <w:r>
        <w:rPr>
          <w:b/>
          <w:sz w:val="20"/>
        </w:rPr>
        <w:t xml:space="preserve">TO BE EXECUTED ON NON-JUDICIAL STAMP PAPER </w:t>
      </w:r>
    </w:p>
    <w:p w:rsidR="008F1696" w:rsidRDefault="006175DD">
      <w:pPr>
        <w:jc w:val="center"/>
      </w:pPr>
      <w:r>
        <w:rPr>
          <w:b/>
          <w:sz w:val="24"/>
          <w:u w:val="single"/>
        </w:rPr>
        <w:t>SUBJECT: UNDERTAKING FOR CHANGE OF ADDRESS, CONTACT NUMBER AND EMAIL ADDRESS</w:t>
      </w:r>
    </w:p>
    <w:p w:rsidR="008F1696" w:rsidRDefault="006175DD">
      <w:pPr>
        <w:jc w:val="both"/>
      </w:pPr>
      <w:r>
        <w:t xml:space="preserve">I, </w:t>
      </w:r>
      <w:r>
        <w:rPr>
          <w:u w:val="single"/>
        </w:rPr>
        <w:t>______________________________</w:t>
      </w:r>
      <w:r>
        <w:t xml:space="preserve">, S/O / D/O / W/O </w:t>
      </w:r>
      <w:r>
        <w:rPr>
          <w:u w:val="single"/>
        </w:rPr>
        <w:t>______________________________</w:t>
      </w:r>
      <w:r>
        <w:t xml:space="preserve">, holding CNIC No. </w:t>
      </w:r>
      <w:r>
        <w:rPr>
          <w:u w:val="single"/>
        </w:rPr>
        <w:t>______________________________</w:t>
      </w:r>
      <w:r>
        <w:t xml:space="preserve">, and presently residing at </w:t>
      </w:r>
      <w:r>
        <w:rPr>
          <w:u w:val="single"/>
        </w:rPr>
        <w:t>______________________________________________________________</w:t>
      </w:r>
      <w:r>
        <w:t>, had booked the following unit/flat in</w:t>
      </w:r>
      <w:r>
        <w:t xml:space="preserve"> your project "FAIZ RESIDENCY", located at Plot No. FL-4, Sector 4-A, Surjani Town, Karachi:</w:t>
      </w:r>
    </w:p>
    <w:p w:rsidR="008F1696" w:rsidRDefault="006175DD">
      <w:r>
        <w:rPr>
          <w:b/>
        </w:rPr>
        <w:t>Booking Details:</w:t>
      </w:r>
    </w:p>
    <w:tbl>
      <w:tblPr>
        <w:tblStyle w:val="TableGrid"/>
        <w:tblW w:w="0" w:type="auto"/>
        <w:jc w:val="center"/>
        <w:tblLayout w:type="fixed"/>
        <w:tblLook w:val="04A0" w:firstRow="1" w:lastRow="0" w:firstColumn="1" w:lastColumn="0" w:noHBand="0" w:noVBand="1"/>
      </w:tblPr>
      <w:tblGrid>
        <w:gridCol w:w="5040"/>
        <w:gridCol w:w="5040"/>
      </w:tblGrid>
      <w:tr w:rsidR="008F1696">
        <w:trPr>
          <w:cantSplit/>
          <w:jc w:val="center"/>
        </w:trPr>
        <w:tc>
          <w:tcPr>
            <w:tcW w:w="5040" w:type="dxa"/>
            <w:shd w:val="clear" w:color="auto" w:fill="D9EAF7"/>
            <w:tcMar>
              <w:top w:w="55" w:type="dxa"/>
              <w:left w:w="80" w:type="dxa"/>
              <w:bottom w:w="55" w:type="dxa"/>
              <w:right w:w="80" w:type="dxa"/>
            </w:tcMar>
            <w:vAlign w:val="center"/>
          </w:tcPr>
          <w:p w:rsidR="008F1696" w:rsidRDefault="006175DD">
            <w:pPr>
              <w:spacing w:after="0"/>
            </w:pPr>
            <w:r>
              <w:rPr>
                <w:b/>
              </w:rPr>
              <w:t>Unit/Flat No.</w:t>
            </w:r>
          </w:p>
        </w:tc>
        <w:tc>
          <w:tcPr>
            <w:tcW w:w="5040" w:type="dxa"/>
            <w:tcMar>
              <w:top w:w="55" w:type="dxa"/>
              <w:left w:w="80" w:type="dxa"/>
              <w:bottom w:w="55" w:type="dxa"/>
              <w:right w:w="80" w:type="dxa"/>
            </w:tcMar>
            <w:vAlign w:val="center"/>
          </w:tcPr>
          <w:p w:rsidR="008F1696" w:rsidRDefault="006175DD">
            <w:pPr>
              <w:spacing w:after="0"/>
            </w:pPr>
            <w:r>
              <w:t>____________________________</w:t>
            </w:r>
          </w:p>
        </w:tc>
      </w:tr>
      <w:tr w:rsidR="008F1696">
        <w:trPr>
          <w:cantSplit/>
          <w:jc w:val="center"/>
        </w:trPr>
        <w:tc>
          <w:tcPr>
            <w:tcW w:w="5040" w:type="dxa"/>
            <w:shd w:val="clear" w:color="auto" w:fill="D9EAF7"/>
            <w:tcMar>
              <w:top w:w="55" w:type="dxa"/>
              <w:left w:w="80" w:type="dxa"/>
              <w:bottom w:w="55" w:type="dxa"/>
              <w:right w:w="80" w:type="dxa"/>
            </w:tcMar>
            <w:vAlign w:val="center"/>
          </w:tcPr>
          <w:p w:rsidR="008F1696" w:rsidRDefault="006175DD">
            <w:pPr>
              <w:spacing w:after="0"/>
            </w:pPr>
            <w:r>
              <w:rPr>
                <w:b/>
              </w:rPr>
              <w:t>Type</w:t>
            </w:r>
          </w:p>
        </w:tc>
        <w:tc>
          <w:tcPr>
            <w:tcW w:w="5040" w:type="dxa"/>
            <w:tcMar>
              <w:top w:w="55" w:type="dxa"/>
              <w:left w:w="80" w:type="dxa"/>
              <w:bottom w:w="55" w:type="dxa"/>
              <w:right w:w="80" w:type="dxa"/>
            </w:tcMar>
            <w:vAlign w:val="center"/>
          </w:tcPr>
          <w:p w:rsidR="008F1696" w:rsidRDefault="006175DD">
            <w:pPr>
              <w:spacing w:after="0"/>
            </w:pPr>
            <w:r>
              <w:t>____________________________</w:t>
            </w:r>
          </w:p>
        </w:tc>
      </w:tr>
      <w:tr w:rsidR="008F1696">
        <w:trPr>
          <w:cantSplit/>
          <w:jc w:val="center"/>
        </w:trPr>
        <w:tc>
          <w:tcPr>
            <w:tcW w:w="5040" w:type="dxa"/>
            <w:shd w:val="clear" w:color="auto" w:fill="D9EAF7"/>
            <w:tcMar>
              <w:top w:w="55" w:type="dxa"/>
              <w:left w:w="80" w:type="dxa"/>
              <w:bottom w:w="55" w:type="dxa"/>
              <w:right w:w="80" w:type="dxa"/>
            </w:tcMar>
            <w:vAlign w:val="center"/>
          </w:tcPr>
          <w:p w:rsidR="008F1696" w:rsidRDefault="006175DD">
            <w:pPr>
              <w:spacing w:after="0"/>
            </w:pPr>
            <w:r>
              <w:rPr>
                <w:b/>
              </w:rPr>
              <w:t>Block</w:t>
            </w:r>
          </w:p>
        </w:tc>
        <w:tc>
          <w:tcPr>
            <w:tcW w:w="5040" w:type="dxa"/>
            <w:tcMar>
              <w:top w:w="55" w:type="dxa"/>
              <w:left w:w="80" w:type="dxa"/>
              <w:bottom w:w="55" w:type="dxa"/>
              <w:right w:w="80" w:type="dxa"/>
            </w:tcMar>
            <w:vAlign w:val="center"/>
          </w:tcPr>
          <w:p w:rsidR="008F1696" w:rsidRDefault="006175DD">
            <w:pPr>
              <w:spacing w:after="0"/>
            </w:pPr>
            <w:r>
              <w:t>____________________________</w:t>
            </w:r>
          </w:p>
        </w:tc>
      </w:tr>
      <w:tr w:rsidR="008F1696">
        <w:trPr>
          <w:cantSplit/>
          <w:jc w:val="center"/>
        </w:trPr>
        <w:tc>
          <w:tcPr>
            <w:tcW w:w="5040" w:type="dxa"/>
            <w:shd w:val="clear" w:color="auto" w:fill="D9EAF7"/>
            <w:tcMar>
              <w:top w:w="55" w:type="dxa"/>
              <w:left w:w="80" w:type="dxa"/>
              <w:bottom w:w="55" w:type="dxa"/>
              <w:right w:w="80" w:type="dxa"/>
            </w:tcMar>
            <w:vAlign w:val="center"/>
          </w:tcPr>
          <w:p w:rsidR="008F1696" w:rsidRDefault="006175DD">
            <w:pPr>
              <w:spacing w:after="0"/>
            </w:pPr>
            <w:r>
              <w:rPr>
                <w:b/>
              </w:rPr>
              <w:t>Booking/File No.</w:t>
            </w:r>
          </w:p>
        </w:tc>
        <w:tc>
          <w:tcPr>
            <w:tcW w:w="5040" w:type="dxa"/>
            <w:tcMar>
              <w:top w:w="55" w:type="dxa"/>
              <w:left w:w="80" w:type="dxa"/>
              <w:bottom w:w="55" w:type="dxa"/>
              <w:right w:w="80" w:type="dxa"/>
            </w:tcMar>
            <w:vAlign w:val="center"/>
          </w:tcPr>
          <w:p w:rsidR="008F1696" w:rsidRDefault="006175DD">
            <w:pPr>
              <w:spacing w:after="0"/>
            </w:pPr>
            <w:r>
              <w:t>______________</w:t>
            </w:r>
            <w:r>
              <w:t>______________</w:t>
            </w:r>
          </w:p>
        </w:tc>
      </w:tr>
    </w:tbl>
    <w:p w:rsidR="008F1696" w:rsidRDefault="006175DD">
      <w:pPr>
        <w:jc w:val="both"/>
      </w:pPr>
      <w:r>
        <w:t>I hereby request TAP Builders to update my correspondence address, contact number and email address in its records in accordance with the following particulars:</w:t>
      </w:r>
    </w:p>
    <w:tbl>
      <w:tblPr>
        <w:tblStyle w:val="TableGrid"/>
        <w:tblW w:w="0" w:type="auto"/>
        <w:jc w:val="center"/>
        <w:tblLayout w:type="fixed"/>
        <w:tblLook w:val="04A0" w:firstRow="1" w:lastRow="0" w:firstColumn="1" w:lastColumn="0" w:noHBand="0" w:noVBand="1"/>
      </w:tblPr>
      <w:tblGrid>
        <w:gridCol w:w="3360"/>
        <w:gridCol w:w="3360"/>
        <w:gridCol w:w="3360"/>
      </w:tblGrid>
      <w:tr w:rsidR="008F1696">
        <w:trPr>
          <w:cantSplit/>
          <w:jc w:val="center"/>
        </w:trPr>
        <w:tc>
          <w:tcPr>
            <w:tcW w:w="3360" w:type="dxa"/>
            <w:shd w:val="clear" w:color="auto" w:fill="5B9BD5"/>
            <w:tcMar>
              <w:top w:w="60" w:type="dxa"/>
              <w:left w:w="80" w:type="dxa"/>
              <w:bottom w:w="60" w:type="dxa"/>
              <w:right w:w="80" w:type="dxa"/>
            </w:tcMar>
            <w:vAlign w:val="center"/>
          </w:tcPr>
          <w:p w:rsidR="008F1696" w:rsidRDefault="006175DD">
            <w:pPr>
              <w:spacing w:after="0"/>
              <w:jc w:val="center"/>
            </w:pPr>
            <w:r>
              <w:rPr>
                <w:b/>
                <w:color w:val="FFFFFF"/>
              </w:rPr>
              <w:t>Particular</w:t>
            </w:r>
          </w:p>
        </w:tc>
        <w:tc>
          <w:tcPr>
            <w:tcW w:w="3360" w:type="dxa"/>
            <w:shd w:val="clear" w:color="auto" w:fill="5B9BD5"/>
            <w:tcMar>
              <w:top w:w="60" w:type="dxa"/>
              <w:left w:w="80" w:type="dxa"/>
              <w:bottom w:w="60" w:type="dxa"/>
              <w:right w:w="80" w:type="dxa"/>
            </w:tcMar>
            <w:vAlign w:val="center"/>
          </w:tcPr>
          <w:p w:rsidR="008F1696" w:rsidRDefault="006175DD">
            <w:pPr>
              <w:spacing w:after="0"/>
              <w:jc w:val="center"/>
            </w:pPr>
            <w:r>
              <w:rPr>
                <w:b/>
                <w:color w:val="FFFFFF"/>
              </w:rPr>
              <w:t>Previous Details</w:t>
            </w:r>
          </w:p>
        </w:tc>
        <w:tc>
          <w:tcPr>
            <w:tcW w:w="3360" w:type="dxa"/>
            <w:shd w:val="clear" w:color="auto" w:fill="5B9BD5"/>
            <w:tcMar>
              <w:top w:w="60" w:type="dxa"/>
              <w:left w:w="80" w:type="dxa"/>
              <w:bottom w:w="60" w:type="dxa"/>
              <w:right w:w="80" w:type="dxa"/>
            </w:tcMar>
            <w:vAlign w:val="center"/>
          </w:tcPr>
          <w:p w:rsidR="008F1696" w:rsidRDefault="006175DD">
            <w:pPr>
              <w:spacing w:after="0"/>
              <w:jc w:val="center"/>
            </w:pPr>
            <w:r>
              <w:rPr>
                <w:b/>
                <w:color w:val="FFFFFF"/>
              </w:rPr>
              <w:t>New Details</w:t>
            </w:r>
          </w:p>
        </w:tc>
      </w:tr>
      <w:tr w:rsidR="008F1696">
        <w:trPr>
          <w:cantSplit/>
          <w:jc w:val="center"/>
        </w:trPr>
        <w:tc>
          <w:tcPr>
            <w:tcW w:w="3360" w:type="dxa"/>
            <w:shd w:val="clear" w:color="auto" w:fill="D9EAF7"/>
            <w:tcMar>
              <w:top w:w="60" w:type="dxa"/>
              <w:left w:w="80" w:type="dxa"/>
              <w:bottom w:w="60" w:type="dxa"/>
              <w:right w:w="80" w:type="dxa"/>
            </w:tcMar>
            <w:vAlign w:val="center"/>
          </w:tcPr>
          <w:p w:rsidR="008F1696" w:rsidRDefault="006175DD">
            <w:pPr>
              <w:spacing w:after="0"/>
            </w:pPr>
            <w:r>
              <w:rPr>
                <w:b/>
              </w:rPr>
              <w:t>Residential / Correspondence Address</w:t>
            </w:r>
          </w:p>
        </w:tc>
        <w:tc>
          <w:tcPr>
            <w:tcW w:w="3360" w:type="dxa"/>
            <w:tcMar>
              <w:top w:w="60" w:type="dxa"/>
              <w:left w:w="80" w:type="dxa"/>
              <w:bottom w:w="60" w:type="dxa"/>
              <w:right w:w="80" w:type="dxa"/>
            </w:tcMar>
            <w:vAlign w:val="center"/>
          </w:tcPr>
          <w:p w:rsidR="008F1696" w:rsidRDefault="006175DD">
            <w:pPr>
              <w:spacing w:after="0"/>
            </w:pPr>
            <w:r>
              <w:t>________________________________</w:t>
            </w:r>
            <w:r>
              <w:br/>
              <w:t>________________________________</w:t>
            </w:r>
          </w:p>
        </w:tc>
        <w:tc>
          <w:tcPr>
            <w:tcW w:w="3360" w:type="dxa"/>
            <w:tcMar>
              <w:top w:w="60" w:type="dxa"/>
              <w:left w:w="80" w:type="dxa"/>
              <w:bottom w:w="60" w:type="dxa"/>
              <w:right w:w="80" w:type="dxa"/>
            </w:tcMar>
            <w:vAlign w:val="center"/>
          </w:tcPr>
          <w:p w:rsidR="008F1696" w:rsidRDefault="006175DD">
            <w:pPr>
              <w:spacing w:after="0"/>
            </w:pPr>
            <w:r>
              <w:t>________________________________</w:t>
            </w:r>
            <w:r>
              <w:br/>
              <w:t>________________________________</w:t>
            </w:r>
          </w:p>
        </w:tc>
      </w:tr>
      <w:tr w:rsidR="008F1696">
        <w:trPr>
          <w:cantSplit/>
          <w:jc w:val="center"/>
        </w:trPr>
        <w:tc>
          <w:tcPr>
            <w:tcW w:w="3360" w:type="dxa"/>
            <w:shd w:val="clear" w:color="auto" w:fill="D9EAF7"/>
            <w:tcMar>
              <w:top w:w="60" w:type="dxa"/>
              <w:left w:w="80" w:type="dxa"/>
              <w:bottom w:w="60" w:type="dxa"/>
              <w:right w:w="80" w:type="dxa"/>
            </w:tcMar>
            <w:vAlign w:val="center"/>
          </w:tcPr>
          <w:p w:rsidR="008F1696" w:rsidRDefault="006175DD">
            <w:pPr>
              <w:spacing w:after="0"/>
            </w:pPr>
            <w:r>
              <w:rPr>
                <w:b/>
              </w:rPr>
              <w:t>Mobile / Contact No.</w:t>
            </w:r>
          </w:p>
        </w:tc>
        <w:tc>
          <w:tcPr>
            <w:tcW w:w="3360" w:type="dxa"/>
            <w:tcMar>
              <w:top w:w="60" w:type="dxa"/>
              <w:left w:w="80" w:type="dxa"/>
              <w:bottom w:w="60" w:type="dxa"/>
              <w:right w:w="80" w:type="dxa"/>
            </w:tcMar>
            <w:vAlign w:val="center"/>
          </w:tcPr>
          <w:p w:rsidR="008F1696" w:rsidRDefault="006175DD">
            <w:pPr>
              <w:spacing w:after="0"/>
            </w:pPr>
            <w:r>
              <w:t>____________________________</w:t>
            </w:r>
          </w:p>
        </w:tc>
        <w:tc>
          <w:tcPr>
            <w:tcW w:w="3360" w:type="dxa"/>
            <w:tcMar>
              <w:top w:w="60" w:type="dxa"/>
              <w:left w:w="80" w:type="dxa"/>
              <w:bottom w:w="60" w:type="dxa"/>
              <w:right w:w="80" w:type="dxa"/>
            </w:tcMar>
            <w:vAlign w:val="center"/>
          </w:tcPr>
          <w:p w:rsidR="008F1696" w:rsidRDefault="006175DD">
            <w:pPr>
              <w:spacing w:after="0"/>
            </w:pPr>
            <w:r>
              <w:t>____________________________</w:t>
            </w:r>
          </w:p>
        </w:tc>
      </w:tr>
      <w:tr w:rsidR="008F1696">
        <w:trPr>
          <w:cantSplit/>
          <w:jc w:val="center"/>
        </w:trPr>
        <w:tc>
          <w:tcPr>
            <w:tcW w:w="3360" w:type="dxa"/>
            <w:shd w:val="clear" w:color="auto" w:fill="D9EAF7"/>
            <w:tcMar>
              <w:top w:w="60" w:type="dxa"/>
              <w:left w:w="80" w:type="dxa"/>
              <w:bottom w:w="60" w:type="dxa"/>
              <w:right w:w="80" w:type="dxa"/>
            </w:tcMar>
            <w:vAlign w:val="center"/>
          </w:tcPr>
          <w:p w:rsidR="008F1696" w:rsidRDefault="006175DD">
            <w:pPr>
              <w:spacing w:after="0"/>
            </w:pPr>
            <w:r>
              <w:rPr>
                <w:b/>
              </w:rPr>
              <w:t>Alternate Contact No., if any</w:t>
            </w:r>
          </w:p>
        </w:tc>
        <w:tc>
          <w:tcPr>
            <w:tcW w:w="3360" w:type="dxa"/>
            <w:tcMar>
              <w:top w:w="60" w:type="dxa"/>
              <w:left w:w="80" w:type="dxa"/>
              <w:bottom w:w="60" w:type="dxa"/>
              <w:right w:w="80" w:type="dxa"/>
            </w:tcMar>
            <w:vAlign w:val="center"/>
          </w:tcPr>
          <w:p w:rsidR="008F1696" w:rsidRDefault="006175DD">
            <w:pPr>
              <w:spacing w:after="0"/>
            </w:pPr>
            <w:r>
              <w:t>____________________________</w:t>
            </w:r>
          </w:p>
        </w:tc>
        <w:tc>
          <w:tcPr>
            <w:tcW w:w="3360" w:type="dxa"/>
            <w:tcMar>
              <w:top w:w="60" w:type="dxa"/>
              <w:left w:w="80" w:type="dxa"/>
              <w:bottom w:w="60" w:type="dxa"/>
              <w:right w:w="80" w:type="dxa"/>
            </w:tcMar>
            <w:vAlign w:val="center"/>
          </w:tcPr>
          <w:p w:rsidR="008F1696" w:rsidRDefault="006175DD">
            <w:pPr>
              <w:spacing w:after="0"/>
            </w:pPr>
            <w:r>
              <w:t>____________________________</w:t>
            </w:r>
          </w:p>
        </w:tc>
      </w:tr>
      <w:tr w:rsidR="008F1696">
        <w:trPr>
          <w:cantSplit/>
          <w:jc w:val="center"/>
        </w:trPr>
        <w:tc>
          <w:tcPr>
            <w:tcW w:w="3360" w:type="dxa"/>
            <w:shd w:val="clear" w:color="auto" w:fill="D9EAF7"/>
            <w:tcMar>
              <w:top w:w="60" w:type="dxa"/>
              <w:left w:w="80" w:type="dxa"/>
              <w:bottom w:w="60" w:type="dxa"/>
              <w:right w:w="80" w:type="dxa"/>
            </w:tcMar>
            <w:vAlign w:val="center"/>
          </w:tcPr>
          <w:p w:rsidR="008F1696" w:rsidRDefault="006175DD">
            <w:pPr>
              <w:spacing w:after="0"/>
            </w:pPr>
            <w:r>
              <w:rPr>
                <w:b/>
              </w:rPr>
              <w:t>Email Address, if any</w:t>
            </w:r>
          </w:p>
        </w:tc>
        <w:tc>
          <w:tcPr>
            <w:tcW w:w="3360" w:type="dxa"/>
            <w:tcMar>
              <w:top w:w="60" w:type="dxa"/>
              <w:left w:w="80" w:type="dxa"/>
              <w:bottom w:w="60" w:type="dxa"/>
              <w:right w:w="80" w:type="dxa"/>
            </w:tcMar>
            <w:vAlign w:val="center"/>
          </w:tcPr>
          <w:p w:rsidR="008F1696" w:rsidRDefault="006175DD">
            <w:pPr>
              <w:spacing w:after="0"/>
            </w:pPr>
            <w:r>
              <w:t>____________________________</w:t>
            </w:r>
          </w:p>
        </w:tc>
        <w:tc>
          <w:tcPr>
            <w:tcW w:w="3360" w:type="dxa"/>
            <w:tcMar>
              <w:top w:w="60" w:type="dxa"/>
              <w:left w:w="80" w:type="dxa"/>
              <w:bottom w:w="60" w:type="dxa"/>
              <w:right w:w="80" w:type="dxa"/>
            </w:tcMar>
            <w:vAlign w:val="center"/>
          </w:tcPr>
          <w:p w:rsidR="008F1696" w:rsidRDefault="006175DD">
            <w:pPr>
              <w:spacing w:after="0"/>
            </w:pPr>
            <w:r>
              <w:t>____________________________</w:t>
            </w:r>
          </w:p>
        </w:tc>
      </w:tr>
      <w:tr w:rsidR="008F1696">
        <w:trPr>
          <w:cantSplit/>
          <w:jc w:val="center"/>
        </w:trPr>
        <w:tc>
          <w:tcPr>
            <w:tcW w:w="3360" w:type="dxa"/>
            <w:shd w:val="clear" w:color="auto" w:fill="D9EAF7"/>
            <w:tcMar>
              <w:top w:w="60" w:type="dxa"/>
              <w:left w:w="80" w:type="dxa"/>
              <w:bottom w:w="60" w:type="dxa"/>
              <w:right w:w="80" w:type="dxa"/>
            </w:tcMar>
            <w:vAlign w:val="center"/>
          </w:tcPr>
          <w:p w:rsidR="008F1696" w:rsidRDefault="006175DD">
            <w:pPr>
              <w:spacing w:after="0"/>
            </w:pPr>
            <w:r>
              <w:rPr>
                <w:b/>
              </w:rPr>
              <w:t>Effective Date Requested</w:t>
            </w:r>
          </w:p>
        </w:tc>
        <w:tc>
          <w:tcPr>
            <w:tcW w:w="3360" w:type="dxa"/>
            <w:tcMar>
              <w:top w:w="60" w:type="dxa"/>
              <w:left w:w="80" w:type="dxa"/>
              <w:bottom w:w="60" w:type="dxa"/>
              <w:right w:w="80" w:type="dxa"/>
            </w:tcMar>
            <w:vAlign w:val="center"/>
          </w:tcPr>
          <w:p w:rsidR="008F1696" w:rsidRDefault="006175DD">
            <w:pPr>
              <w:spacing w:after="0"/>
            </w:pPr>
            <w:r>
              <w:t>Not Applicable</w:t>
            </w:r>
          </w:p>
        </w:tc>
        <w:tc>
          <w:tcPr>
            <w:tcW w:w="3360" w:type="dxa"/>
            <w:tcMar>
              <w:top w:w="60" w:type="dxa"/>
              <w:left w:w="80" w:type="dxa"/>
              <w:bottom w:w="60" w:type="dxa"/>
              <w:right w:w="80" w:type="dxa"/>
            </w:tcMar>
            <w:vAlign w:val="center"/>
          </w:tcPr>
          <w:p w:rsidR="008F1696" w:rsidRDefault="006175DD">
            <w:pPr>
              <w:spacing w:after="0"/>
            </w:pPr>
            <w:r>
              <w:t>____________________________</w:t>
            </w:r>
          </w:p>
        </w:tc>
      </w:tr>
    </w:tbl>
    <w:p w:rsidR="008F1696" w:rsidRDefault="006175DD">
      <w:pPr>
        <w:jc w:val="both"/>
      </w:pPr>
      <w:r>
        <w:t>I hereby acknowledge, confirm and undertake as</w:t>
      </w:r>
      <w:r>
        <w:t xml:space="preserve"> follows:</w:t>
      </w:r>
    </w:p>
    <w:p w:rsidR="008F1696" w:rsidRDefault="006175DD">
      <w:pPr>
        <w:pStyle w:val="ListNumber"/>
        <w:spacing w:after="60"/>
        <w:ind w:left="403" w:hanging="259"/>
        <w:jc w:val="both"/>
      </w:pPr>
      <w:r>
        <w:t>The new address, contact number and email address stated above are true, complete, current and belong to me or are under my lawful control.</w:t>
      </w:r>
    </w:p>
    <w:p w:rsidR="008F1696" w:rsidRDefault="006175DD">
      <w:pPr>
        <w:pStyle w:val="ListNumber"/>
        <w:spacing w:after="60"/>
        <w:ind w:left="403" w:hanging="259"/>
        <w:jc w:val="both"/>
      </w:pPr>
      <w:r>
        <w:t>I authorize TAP Builders to update the above particulars in its customer, booking, accounting and correspo</w:t>
      </w:r>
      <w:r>
        <w:t>ndence records after verification of this request and the supporting documents.</w:t>
      </w:r>
    </w:p>
    <w:p w:rsidR="008F1696" w:rsidRDefault="006175DD">
      <w:pPr>
        <w:pStyle w:val="ListNumber"/>
        <w:spacing w:after="60"/>
        <w:ind w:left="403" w:hanging="259"/>
        <w:jc w:val="both"/>
      </w:pPr>
      <w:r>
        <w:t>After written confirmation of the update by TAP Builders, all notices, payment demands, reminders, statements, construction updates and other communications relating to my book</w:t>
      </w:r>
      <w:r>
        <w:t>ing may be sent or delivered to the new address, contact number and/or email address stated above.</w:t>
      </w:r>
    </w:p>
    <w:p w:rsidR="006175DD" w:rsidRDefault="006175DD">
      <w:pPr>
        <w:pStyle w:val="ListNumber"/>
        <w:spacing w:after="60"/>
        <w:ind w:left="403" w:hanging="259"/>
        <w:jc w:val="both"/>
      </w:pPr>
      <w:r>
        <w:t xml:space="preserve">Any notice or communication sent to the updated particulars through courier, registered post, email, SMS, WhatsApp or any other </w:t>
      </w:r>
      <w:r>
        <w:t xml:space="preserve">mode shall be treated </w:t>
      </w:r>
      <w:r>
        <w:t>as sent to my nominated contact details.</w:t>
      </w:r>
    </w:p>
    <w:p w:rsidR="008F1696" w:rsidRDefault="006175DD">
      <w:pPr>
        <w:pStyle w:val="ListNumber"/>
        <w:spacing w:after="60"/>
        <w:ind w:left="403" w:hanging="259"/>
        <w:jc w:val="both"/>
      </w:pPr>
      <w:bookmarkStart w:id="0" w:name="_GoBack"/>
      <w:bookmarkEnd w:id="0"/>
      <w:r>
        <w:t xml:space="preserve"> </w:t>
      </w:r>
      <w:r>
        <w:t xml:space="preserve">I shall promptly notify TAP Builders in writing of any further change in my address, contact number or email address and shall obtain written acknowledgement of such </w:t>
      </w:r>
      <w:r>
        <w:t>further change.</w:t>
      </w:r>
    </w:p>
    <w:p w:rsidR="008F1696" w:rsidRDefault="006175DD">
      <w:pPr>
        <w:pStyle w:val="ListNumber"/>
        <w:spacing w:after="60"/>
        <w:ind w:left="403" w:hanging="259"/>
        <w:jc w:val="both"/>
      </w:pPr>
      <w:r>
        <w:t>TAP Builders shall not be responsible for delay or non-receipt of any communication arising from incorrect, incomplete or outdated particulars supplied by me, or from my failure to notify any subsequent change in writing.</w:t>
      </w:r>
    </w:p>
    <w:p w:rsidR="008F1696" w:rsidRDefault="006175DD">
      <w:pPr>
        <w:pStyle w:val="ListNumber"/>
        <w:spacing w:after="60"/>
        <w:ind w:left="403" w:hanging="259"/>
        <w:jc w:val="both"/>
      </w:pPr>
      <w:r>
        <w:t xml:space="preserve">This request is </w:t>
      </w:r>
      <w:r>
        <w:t>limited to amendment of my correspondence and contact particulars only and shall not constitute any transfer, assignment, nomination, change of ownership or amendment of the financial or contractual obligations relating to the booked Unit/Flat.</w:t>
      </w:r>
    </w:p>
    <w:p w:rsidR="008F1696" w:rsidRDefault="006175DD">
      <w:pPr>
        <w:pStyle w:val="ListNumber"/>
        <w:spacing w:after="60"/>
        <w:ind w:left="403" w:hanging="259"/>
        <w:jc w:val="both"/>
      </w:pPr>
      <w:r>
        <w:lastRenderedPageBreak/>
        <w:t>Where the b</w:t>
      </w:r>
      <w:r>
        <w:t>ooking is jointly held, the signature and consent of the joint applicant/co-allottee appearing below shall form part of this request.</w:t>
      </w:r>
    </w:p>
    <w:p w:rsidR="008F1696" w:rsidRDefault="006175DD">
      <w:pPr>
        <w:pStyle w:val="ListNumber"/>
        <w:spacing w:after="60"/>
        <w:ind w:left="403" w:hanging="259"/>
        <w:jc w:val="both"/>
      </w:pPr>
      <w:r>
        <w:t>I have read and understood this undertaking and execute it voluntarily, with full consent and without any pressure, coerci</w:t>
      </w:r>
      <w:r>
        <w:t>on, misrepresentation or undue influence.</w:t>
      </w:r>
    </w:p>
    <w:p w:rsidR="008F1696" w:rsidRDefault="006175DD">
      <w:r>
        <w:t>Yours sincerely,</w:t>
      </w:r>
    </w:p>
    <w:tbl>
      <w:tblPr>
        <w:tblStyle w:val="TableGrid"/>
        <w:tblW w:w="0" w:type="auto"/>
        <w:jc w:val="center"/>
        <w:tblLayout w:type="fixed"/>
        <w:tblLook w:val="04A0" w:firstRow="1" w:lastRow="0" w:firstColumn="1" w:lastColumn="0" w:noHBand="0" w:noVBand="1"/>
      </w:tblPr>
      <w:tblGrid>
        <w:gridCol w:w="5040"/>
        <w:gridCol w:w="5040"/>
      </w:tblGrid>
      <w:tr w:rsidR="008F1696">
        <w:trPr>
          <w:cantSplit/>
          <w:jc w:val="center"/>
        </w:trPr>
        <w:tc>
          <w:tcPr>
            <w:tcW w:w="5040" w:type="dxa"/>
            <w:shd w:val="clear" w:color="auto" w:fill="D9EAF7"/>
            <w:tcMar>
              <w:top w:w="55" w:type="dxa"/>
              <w:left w:w="80" w:type="dxa"/>
              <w:bottom w:w="55" w:type="dxa"/>
              <w:right w:w="80" w:type="dxa"/>
            </w:tcMar>
            <w:vAlign w:val="center"/>
          </w:tcPr>
          <w:p w:rsidR="008F1696" w:rsidRDefault="006175DD">
            <w:pPr>
              <w:spacing w:after="0"/>
            </w:pPr>
            <w:r>
              <w:rPr>
                <w:b/>
              </w:rPr>
              <w:t>Name</w:t>
            </w:r>
          </w:p>
        </w:tc>
        <w:tc>
          <w:tcPr>
            <w:tcW w:w="5040" w:type="dxa"/>
            <w:tcMar>
              <w:top w:w="55" w:type="dxa"/>
              <w:left w:w="80" w:type="dxa"/>
              <w:bottom w:w="55" w:type="dxa"/>
              <w:right w:w="80" w:type="dxa"/>
            </w:tcMar>
            <w:vAlign w:val="center"/>
          </w:tcPr>
          <w:p w:rsidR="008F1696" w:rsidRDefault="006175DD">
            <w:pPr>
              <w:spacing w:after="0"/>
            </w:pPr>
            <w:r>
              <w:t>____________________________________________</w:t>
            </w:r>
          </w:p>
        </w:tc>
      </w:tr>
      <w:tr w:rsidR="008F1696">
        <w:trPr>
          <w:cantSplit/>
          <w:jc w:val="center"/>
        </w:trPr>
        <w:tc>
          <w:tcPr>
            <w:tcW w:w="5040" w:type="dxa"/>
            <w:shd w:val="clear" w:color="auto" w:fill="D9EAF7"/>
            <w:tcMar>
              <w:top w:w="55" w:type="dxa"/>
              <w:left w:w="80" w:type="dxa"/>
              <w:bottom w:w="55" w:type="dxa"/>
              <w:right w:w="80" w:type="dxa"/>
            </w:tcMar>
            <w:vAlign w:val="center"/>
          </w:tcPr>
          <w:p w:rsidR="008F1696" w:rsidRDefault="006175DD">
            <w:pPr>
              <w:spacing w:after="0"/>
            </w:pPr>
            <w:r>
              <w:rPr>
                <w:b/>
              </w:rPr>
              <w:t>CNIC No.</w:t>
            </w:r>
          </w:p>
        </w:tc>
        <w:tc>
          <w:tcPr>
            <w:tcW w:w="5040" w:type="dxa"/>
            <w:tcMar>
              <w:top w:w="55" w:type="dxa"/>
              <w:left w:w="80" w:type="dxa"/>
              <w:bottom w:w="55" w:type="dxa"/>
              <w:right w:w="80" w:type="dxa"/>
            </w:tcMar>
            <w:vAlign w:val="center"/>
          </w:tcPr>
          <w:p w:rsidR="008F1696" w:rsidRDefault="006175DD">
            <w:pPr>
              <w:spacing w:after="0"/>
            </w:pPr>
            <w:r>
              <w:t>____________________________________________</w:t>
            </w:r>
          </w:p>
        </w:tc>
      </w:tr>
      <w:tr w:rsidR="008F1696">
        <w:trPr>
          <w:cantSplit/>
          <w:jc w:val="center"/>
        </w:trPr>
        <w:tc>
          <w:tcPr>
            <w:tcW w:w="5040" w:type="dxa"/>
            <w:shd w:val="clear" w:color="auto" w:fill="D9EAF7"/>
            <w:tcMar>
              <w:top w:w="55" w:type="dxa"/>
              <w:left w:w="80" w:type="dxa"/>
              <w:bottom w:w="55" w:type="dxa"/>
              <w:right w:w="80" w:type="dxa"/>
            </w:tcMar>
            <w:vAlign w:val="center"/>
          </w:tcPr>
          <w:p w:rsidR="008F1696" w:rsidRDefault="006175DD">
            <w:pPr>
              <w:spacing w:after="0"/>
            </w:pPr>
            <w:r>
              <w:rPr>
                <w:b/>
              </w:rPr>
              <w:t>Existing Contact No.</w:t>
            </w:r>
          </w:p>
        </w:tc>
        <w:tc>
          <w:tcPr>
            <w:tcW w:w="5040" w:type="dxa"/>
            <w:tcMar>
              <w:top w:w="55" w:type="dxa"/>
              <w:left w:w="80" w:type="dxa"/>
              <w:bottom w:w="55" w:type="dxa"/>
              <w:right w:w="80" w:type="dxa"/>
            </w:tcMar>
            <w:vAlign w:val="center"/>
          </w:tcPr>
          <w:p w:rsidR="008F1696" w:rsidRDefault="006175DD">
            <w:pPr>
              <w:spacing w:after="0"/>
            </w:pPr>
            <w:r>
              <w:t>____________________________________________</w:t>
            </w:r>
          </w:p>
        </w:tc>
      </w:tr>
      <w:tr w:rsidR="008F1696">
        <w:trPr>
          <w:cantSplit/>
          <w:jc w:val="center"/>
        </w:trPr>
        <w:tc>
          <w:tcPr>
            <w:tcW w:w="5040" w:type="dxa"/>
            <w:shd w:val="clear" w:color="auto" w:fill="D9EAF7"/>
            <w:tcMar>
              <w:top w:w="55" w:type="dxa"/>
              <w:left w:w="80" w:type="dxa"/>
              <w:bottom w:w="55" w:type="dxa"/>
              <w:right w:w="80" w:type="dxa"/>
            </w:tcMar>
            <w:vAlign w:val="center"/>
          </w:tcPr>
          <w:p w:rsidR="008F1696" w:rsidRDefault="006175DD">
            <w:pPr>
              <w:spacing w:after="0"/>
            </w:pPr>
            <w:r>
              <w:rPr>
                <w:b/>
              </w:rPr>
              <w:t>New Contact No.</w:t>
            </w:r>
          </w:p>
        </w:tc>
        <w:tc>
          <w:tcPr>
            <w:tcW w:w="5040" w:type="dxa"/>
            <w:tcMar>
              <w:top w:w="55" w:type="dxa"/>
              <w:left w:w="80" w:type="dxa"/>
              <w:bottom w:w="55" w:type="dxa"/>
              <w:right w:w="80" w:type="dxa"/>
            </w:tcMar>
            <w:vAlign w:val="center"/>
          </w:tcPr>
          <w:p w:rsidR="008F1696" w:rsidRDefault="006175DD">
            <w:pPr>
              <w:spacing w:after="0"/>
            </w:pPr>
            <w:r>
              <w:t>________</w:t>
            </w:r>
            <w:r>
              <w:t>____________________________________</w:t>
            </w:r>
          </w:p>
        </w:tc>
      </w:tr>
      <w:tr w:rsidR="008F1696">
        <w:trPr>
          <w:cantSplit/>
          <w:jc w:val="center"/>
        </w:trPr>
        <w:tc>
          <w:tcPr>
            <w:tcW w:w="5040" w:type="dxa"/>
            <w:shd w:val="clear" w:color="auto" w:fill="D9EAF7"/>
            <w:tcMar>
              <w:top w:w="55" w:type="dxa"/>
              <w:left w:w="80" w:type="dxa"/>
              <w:bottom w:w="55" w:type="dxa"/>
              <w:right w:w="80" w:type="dxa"/>
            </w:tcMar>
            <w:vAlign w:val="center"/>
          </w:tcPr>
          <w:p w:rsidR="008F1696" w:rsidRDefault="006175DD">
            <w:pPr>
              <w:spacing w:after="0"/>
            </w:pPr>
            <w:r>
              <w:rPr>
                <w:b/>
              </w:rPr>
              <w:t>Signature</w:t>
            </w:r>
          </w:p>
        </w:tc>
        <w:tc>
          <w:tcPr>
            <w:tcW w:w="5040" w:type="dxa"/>
            <w:tcMar>
              <w:top w:w="55" w:type="dxa"/>
              <w:left w:w="80" w:type="dxa"/>
              <w:bottom w:w="55" w:type="dxa"/>
              <w:right w:w="80" w:type="dxa"/>
            </w:tcMar>
            <w:vAlign w:val="center"/>
          </w:tcPr>
          <w:p w:rsidR="008F1696" w:rsidRDefault="006175DD">
            <w:pPr>
              <w:spacing w:after="0"/>
            </w:pPr>
            <w:r>
              <w:t>____________________________________________</w:t>
            </w:r>
          </w:p>
        </w:tc>
      </w:tr>
      <w:tr w:rsidR="008F1696">
        <w:trPr>
          <w:cantSplit/>
          <w:jc w:val="center"/>
        </w:trPr>
        <w:tc>
          <w:tcPr>
            <w:tcW w:w="5040" w:type="dxa"/>
            <w:shd w:val="clear" w:color="auto" w:fill="D9EAF7"/>
            <w:tcMar>
              <w:top w:w="55" w:type="dxa"/>
              <w:left w:w="80" w:type="dxa"/>
              <w:bottom w:w="55" w:type="dxa"/>
              <w:right w:w="80" w:type="dxa"/>
            </w:tcMar>
            <w:vAlign w:val="center"/>
          </w:tcPr>
          <w:p w:rsidR="008F1696" w:rsidRDefault="006175DD">
            <w:pPr>
              <w:spacing w:after="0"/>
            </w:pPr>
            <w:r>
              <w:rPr>
                <w:b/>
              </w:rPr>
              <w:t>Thumb Impression</w:t>
            </w:r>
          </w:p>
        </w:tc>
        <w:tc>
          <w:tcPr>
            <w:tcW w:w="5040" w:type="dxa"/>
            <w:tcMar>
              <w:top w:w="55" w:type="dxa"/>
              <w:left w:w="80" w:type="dxa"/>
              <w:bottom w:w="55" w:type="dxa"/>
              <w:right w:w="80" w:type="dxa"/>
            </w:tcMar>
            <w:vAlign w:val="center"/>
          </w:tcPr>
          <w:p w:rsidR="008F1696" w:rsidRDefault="006175DD">
            <w:pPr>
              <w:spacing w:after="0"/>
            </w:pPr>
            <w:r>
              <w:t>____________________________________________</w:t>
            </w:r>
          </w:p>
        </w:tc>
      </w:tr>
    </w:tbl>
    <w:p w:rsidR="008F1696" w:rsidRDefault="006175DD">
      <w:r>
        <w:rPr>
          <w:b/>
        </w:rPr>
        <w:t>Joint Applicant/Co-Allottee, if applicable:</w:t>
      </w:r>
    </w:p>
    <w:p w:rsidR="008F1696" w:rsidRDefault="006175DD">
      <w:r>
        <w:t xml:space="preserve">Name: __________________________  CNIC No.: </w:t>
      </w:r>
      <w:r>
        <w:t>__________________________  Signature: __________________________</w:t>
      </w:r>
    </w:p>
    <w:p w:rsidR="008F1696" w:rsidRDefault="006175DD">
      <w:r>
        <w:rPr>
          <w:b/>
        </w:rPr>
        <w:t>Witnesses:</w:t>
      </w:r>
    </w:p>
    <w:tbl>
      <w:tblPr>
        <w:tblStyle w:val="TableGrid"/>
        <w:tblW w:w="0" w:type="auto"/>
        <w:jc w:val="center"/>
        <w:tblLayout w:type="fixed"/>
        <w:tblLook w:val="04A0" w:firstRow="1" w:lastRow="0" w:firstColumn="1" w:lastColumn="0" w:noHBand="0" w:noVBand="1"/>
      </w:tblPr>
      <w:tblGrid>
        <w:gridCol w:w="2520"/>
        <w:gridCol w:w="2520"/>
        <w:gridCol w:w="2520"/>
        <w:gridCol w:w="2520"/>
      </w:tblGrid>
      <w:tr w:rsidR="008F1696">
        <w:trPr>
          <w:cantSplit/>
          <w:jc w:val="center"/>
        </w:trPr>
        <w:tc>
          <w:tcPr>
            <w:tcW w:w="2520" w:type="dxa"/>
            <w:shd w:val="clear" w:color="auto" w:fill="5B9BD5"/>
            <w:tcMar>
              <w:top w:w="55" w:type="dxa"/>
              <w:left w:w="80" w:type="dxa"/>
              <w:bottom w:w="55" w:type="dxa"/>
              <w:right w:w="80" w:type="dxa"/>
            </w:tcMar>
          </w:tcPr>
          <w:p w:rsidR="008F1696" w:rsidRDefault="006175DD">
            <w:pPr>
              <w:spacing w:after="0"/>
              <w:jc w:val="center"/>
            </w:pPr>
            <w:r>
              <w:rPr>
                <w:b/>
                <w:color w:val="FFFFFF"/>
              </w:rPr>
              <w:t>Witness</w:t>
            </w:r>
          </w:p>
        </w:tc>
        <w:tc>
          <w:tcPr>
            <w:tcW w:w="2520" w:type="dxa"/>
            <w:shd w:val="clear" w:color="auto" w:fill="5B9BD5"/>
            <w:tcMar>
              <w:top w:w="55" w:type="dxa"/>
              <w:left w:w="80" w:type="dxa"/>
              <w:bottom w:w="55" w:type="dxa"/>
              <w:right w:w="80" w:type="dxa"/>
            </w:tcMar>
          </w:tcPr>
          <w:p w:rsidR="008F1696" w:rsidRDefault="006175DD">
            <w:pPr>
              <w:spacing w:after="0"/>
              <w:jc w:val="center"/>
            </w:pPr>
            <w:r>
              <w:rPr>
                <w:b/>
                <w:color w:val="FFFFFF"/>
              </w:rPr>
              <w:t>Name</w:t>
            </w:r>
          </w:p>
        </w:tc>
        <w:tc>
          <w:tcPr>
            <w:tcW w:w="2520" w:type="dxa"/>
            <w:shd w:val="clear" w:color="auto" w:fill="5B9BD5"/>
            <w:tcMar>
              <w:top w:w="55" w:type="dxa"/>
              <w:left w:w="80" w:type="dxa"/>
              <w:bottom w:w="55" w:type="dxa"/>
              <w:right w:w="80" w:type="dxa"/>
            </w:tcMar>
          </w:tcPr>
          <w:p w:rsidR="008F1696" w:rsidRDefault="006175DD">
            <w:pPr>
              <w:spacing w:after="0"/>
              <w:jc w:val="center"/>
            </w:pPr>
            <w:r>
              <w:rPr>
                <w:b/>
                <w:color w:val="FFFFFF"/>
              </w:rPr>
              <w:t>CNIC No.</w:t>
            </w:r>
          </w:p>
        </w:tc>
        <w:tc>
          <w:tcPr>
            <w:tcW w:w="2520" w:type="dxa"/>
            <w:shd w:val="clear" w:color="auto" w:fill="5B9BD5"/>
            <w:tcMar>
              <w:top w:w="55" w:type="dxa"/>
              <w:left w:w="80" w:type="dxa"/>
              <w:bottom w:w="55" w:type="dxa"/>
              <w:right w:w="80" w:type="dxa"/>
            </w:tcMar>
          </w:tcPr>
          <w:p w:rsidR="008F1696" w:rsidRDefault="006175DD">
            <w:pPr>
              <w:spacing w:after="0"/>
              <w:jc w:val="center"/>
            </w:pPr>
            <w:r>
              <w:rPr>
                <w:b/>
                <w:color w:val="FFFFFF"/>
              </w:rPr>
              <w:t>Signature</w:t>
            </w:r>
          </w:p>
        </w:tc>
      </w:tr>
      <w:tr w:rsidR="008F1696">
        <w:trPr>
          <w:cantSplit/>
          <w:jc w:val="center"/>
        </w:trPr>
        <w:tc>
          <w:tcPr>
            <w:tcW w:w="2520" w:type="dxa"/>
            <w:tcMar>
              <w:top w:w="55" w:type="dxa"/>
              <w:left w:w="80" w:type="dxa"/>
              <w:bottom w:w="55" w:type="dxa"/>
              <w:right w:w="80" w:type="dxa"/>
            </w:tcMar>
          </w:tcPr>
          <w:p w:rsidR="008F1696" w:rsidRDefault="006175DD">
            <w:pPr>
              <w:spacing w:after="0"/>
              <w:jc w:val="center"/>
            </w:pPr>
            <w:r>
              <w:t>1</w:t>
            </w:r>
          </w:p>
        </w:tc>
        <w:tc>
          <w:tcPr>
            <w:tcW w:w="2520" w:type="dxa"/>
            <w:tcMar>
              <w:top w:w="55" w:type="dxa"/>
              <w:left w:w="80" w:type="dxa"/>
              <w:bottom w:w="55" w:type="dxa"/>
              <w:right w:w="80" w:type="dxa"/>
            </w:tcMar>
          </w:tcPr>
          <w:p w:rsidR="008F1696" w:rsidRDefault="006175DD">
            <w:pPr>
              <w:spacing w:after="0"/>
              <w:jc w:val="center"/>
            </w:pPr>
            <w:r>
              <w:t>____________________</w:t>
            </w:r>
          </w:p>
        </w:tc>
        <w:tc>
          <w:tcPr>
            <w:tcW w:w="2520" w:type="dxa"/>
            <w:tcMar>
              <w:top w:w="55" w:type="dxa"/>
              <w:left w:w="80" w:type="dxa"/>
              <w:bottom w:w="55" w:type="dxa"/>
              <w:right w:w="80" w:type="dxa"/>
            </w:tcMar>
          </w:tcPr>
          <w:p w:rsidR="008F1696" w:rsidRDefault="006175DD">
            <w:pPr>
              <w:spacing w:after="0"/>
              <w:jc w:val="center"/>
            </w:pPr>
            <w:r>
              <w:t>____________________</w:t>
            </w:r>
          </w:p>
        </w:tc>
        <w:tc>
          <w:tcPr>
            <w:tcW w:w="2520" w:type="dxa"/>
            <w:tcMar>
              <w:top w:w="55" w:type="dxa"/>
              <w:left w:w="80" w:type="dxa"/>
              <w:bottom w:w="55" w:type="dxa"/>
              <w:right w:w="80" w:type="dxa"/>
            </w:tcMar>
          </w:tcPr>
          <w:p w:rsidR="008F1696" w:rsidRDefault="006175DD">
            <w:pPr>
              <w:spacing w:after="0"/>
              <w:jc w:val="center"/>
            </w:pPr>
            <w:r>
              <w:t>____________________</w:t>
            </w:r>
          </w:p>
        </w:tc>
      </w:tr>
      <w:tr w:rsidR="008F1696">
        <w:trPr>
          <w:cantSplit/>
          <w:jc w:val="center"/>
        </w:trPr>
        <w:tc>
          <w:tcPr>
            <w:tcW w:w="2520" w:type="dxa"/>
            <w:tcMar>
              <w:top w:w="55" w:type="dxa"/>
              <w:left w:w="80" w:type="dxa"/>
              <w:bottom w:w="55" w:type="dxa"/>
              <w:right w:w="80" w:type="dxa"/>
            </w:tcMar>
          </w:tcPr>
          <w:p w:rsidR="008F1696" w:rsidRDefault="006175DD">
            <w:pPr>
              <w:spacing w:after="0"/>
              <w:jc w:val="center"/>
            </w:pPr>
            <w:r>
              <w:t>2</w:t>
            </w:r>
          </w:p>
        </w:tc>
        <w:tc>
          <w:tcPr>
            <w:tcW w:w="2520" w:type="dxa"/>
            <w:tcMar>
              <w:top w:w="55" w:type="dxa"/>
              <w:left w:w="80" w:type="dxa"/>
              <w:bottom w:w="55" w:type="dxa"/>
              <w:right w:w="80" w:type="dxa"/>
            </w:tcMar>
          </w:tcPr>
          <w:p w:rsidR="008F1696" w:rsidRDefault="006175DD">
            <w:pPr>
              <w:spacing w:after="0"/>
              <w:jc w:val="center"/>
            </w:pPr>
            <w:r>
              <w:t>____________________</w:t>
            </w:r>
          </w:p>
        </w:tc>
        <w:tc>
          <w:tcPr>
            <w:tcW w:w="2520" w:type="dxa"/>
            <w:tcMar>
              <w:top w:w="55" w:type="dxa"/>
              <w:left w:w="80" w:type="dxa"/>
              <w:bottom w:w="55" w:type="dxa"/>
              <w:right w:w="80" w:type="dxa"/>
            </w:tcMar>
          </w:tcPr>
          <w:p w:rsidR="008F1696" w:rsidRDefault="006175DD">
            <w:pPr>
              <w:spacing w:after="0"/>
              <w:jc w:val="center"/>
            </w:pPr>
            <w:r>
              <w:t>____________________</w:t>
            </w:r>
          </w:p>
        </w:tc>
        <w:tc>
          <w:tcPr>
            <w:tcW w:w="2520" w:type="dxa"/>
            <w:tcMar>
              <w:top w:w="55" w:type="dxa"/>
              <w:left w:w="80" w:type="dxa"/>
              <w:bottom w:w="55" w:type="dxa"/>
              <w:right w:w="80" w:type="dxa"/>
            </w:tcMar>
          </w:tcPr>
          <w:p w:rsidR="008F1696" w:rsidRDefault="006175DD">
            <w:pPr>
              <w:spacing w:after="0"/>
              <w:jc w:val="center"/>
            </w:pPr>
            <w:r>
              <w:t>____________________</w:t>
            </w:r>
          </w:p>
        </w:tc>
      </w:tr>
    </w:tbl>
    <w:p w:rsidR="008F1696" w:rsidRDefault="006175DD">
      <w:r>
        <w:rPr>
          <w:b/>
        </w:rPr>
        <w:t xml:space="preserve">For Official </w:t>
      </w:r>
      <w:r>
        <w:rPr>
          <w:b/>
        </w:rPr>
        <w:t>Use - TAP Builders</w:t>
      </w:r>
    </w:p>
    <w:tbl>
      <w:tblPr>
        <w:tblStyle w:val="TableGrid"/>
        <w:tblW w:w="0" w:type="auto"/>
        <w:jc w:val="center"/>
        <w:tblLayout w:type="fixed"/>
        <w:tblLook w:val="04A0" w:firstRow="1" w:lastRow="0" w:firstColumn="1" w:lastColumn="0" w:noHBand="0" w:noVBand="1"/>
      </w:tblPr>
      <w:tblGrid>
        <w:gridCol w:w="5040"/>
        <w:gridCol w:w="5040"/>
      </w:tblGrid>
      <w:tr w:rsidR="008F1696">
        <w:trPr>
          <w:cantSplit/>
          <w:jc w:val="center"/>
        </w:trPr>
        <w:tc>
          <w:tcPr>
            <w:tcW w:w="5040" w:type="dxa"/>
            <w:shd w:val="clear" w:color="auto" w:fill="D9EAF7"/>
            <w:tcMar>
              <w:top w:w="55" w:type="dxa"/>
              <w:left w:w="80" w:type="dxa"/>
              <w:bottom w:w="55" w:type="dxa"/>
              <w:right w:w="80" w:type="dxa"/>
            </w:tcMar>
          </w:tcPr>
          <w:p w:rsidR="008F1696" w:rsidRDefault="006175DD">
            <w:pPr>
              <w:spacing w:after="0"/>
            </w:pPr>
            <w:r>
              <w:rPr>
                <w:b/>
              </w:rPr>
              <w:t>Identity and documents verified by</w:t>
            </w:r>
          </w:p>
        </w:tc>
        <w:tc>
          <w:tcPr>
            <w:tcW w:w="5040" w:type="dxa"/>
            <w:tcMar>
              <w:top w:w="55" w:type="dxa"/>
              <w:left w:w="80" w:type="dxa"/>
              <w:bottom w:w="55" w:type="dxa"/>
              <w:right w:w="80" w:type="dxa"/>
            </w:tcMar>
          </w:tcPr>
          <w:p w:rsidR="008F1696" w:rsidRDefault="006175DD">
            <w:pPr>
              <w:spacing w:after="0"/>
            </w:pPr>
            <w:r>
              <w:t>Name/Designation: _________________________________</w:t>
            </w:r>
          </w:p>
        </w:tc>
      </w:tr>
      <w:tr w:rsidR="008F1696">
        <w:trPr>
          <w:cantSplit/>
          <w:jc w:val="center"/>
        </w:trPr>
        <w:tc>
          <w:tcPr>
            <w:tcW w:w="5040" w:type="dxa"/>
            <w:shd w:val="clear" w:color="auto" w:fill="D9EAF7"/>
            <w:tcMar>
              <w:top w:w="55" w:type="dxa"/>
              <w:left w:w="80" w:type="dxa"/>
              <w:bottom w:w="55" w:type="dxa"/>
              <w:right w:w="80" w:type="dxa"/>
            </w:tcMar>
          </w:tcPr>
          <w:p w:rsidR="008F1696" w:rsidRDefault="006175DD">
            <w:pPr>
              <w:spacing w:after="0"/>
            </w:pPr>
            <w:r>
              <w:rPr>
                <w:b/>
              </w:rPr>
              <w:t>Record updated by</w:t>
            </w:r>
          </w:p>
        </w:tc>
        <w:tc>
          <w:tcPr>
            <w:tcW w:w="5040" w:type="dxa"/>
            <w:tcMar>
              <w:top w:w="55" w:type="dxa"/>
              <w:left w:w="80" w:type="dxa"/>
              <w:bottom w:w="55" w:type="dxa"/>
              <w:right w:w="80" w:type="dxa"/>
            </w:tcMar>
          </w:tcPr>
          <w:p w:rsidR="008F1696" w:rsidRDefault="006175DD">
            <w:pPr>
              <w:spacing w:after="0"/>
            </w:pPr>
            <w:r>
              <w:t>Name/Designation: _________________________________</w:t>
            </w:r>
          </w:p>
        </w:tc>
      </w:tr>
      <w:tr w:rsidR="008F1696">
        <w:trPr>
          <w:cantSplit/>
          <w:jc w:val="center"/>
        </w:trPr>
        <w:tc>
          <w:tcPr>
            <w:tcW w:w="5040" w:type="dxa"/>
            <w:shd w:val="clear" w:color="auto" w:fill="D9EAF7"/>
            <w:tcMar>
              <w:top w:w="55" w:type="dxa"/>
              <w:left w:w="80" w:type="dxa"/>
              <w:bottom w:w="55" w:type="dxa"/>
              <w:right w:w="80" w:type="dxa"/>
            </w:tcMar>
          </w:tcPr>
          <w:p w:rsidR="008F1696" w:rsidRDefault="006175DD">
            <w:pPr>
              <w:spacing w:after="0"/>
            </w:pPr>
            <w:r>
              <w:rPr>
                <w:b/>
              </w:rPr>
              <w:t>Effective date of update</w:t>
            </w:r>
          </w:p>
        </w:tc>
        <w:tc>
          <w:tcPr>
            <w:tcW w:w="5040" w:type="dxa"/>
            <w:tcMar>
              <w:top w:w="55" w:type="dxa"/>
              <w:left w:w="80" w:type="dxa"/>
              <w:bottom w:w="55" w:type="dxa"/>
              <w:right w:w="80" w:type="dxa"/>
            </w:tcMar>
          </w:tcPr>
          <w:p w:rsidR="008F1696" w:rsidRDefault="006175DD">
            <w:pPr>
              <w:spacing w:after="0"/>
            </w:pPr>
            <w:r>
              <w:t>Date: _________________________________</w:t>
            </w:r>
          </w:p>
        </w:tc>
      </w:tr>
      <w:tr w:rsidR="008F1696">
        <w:trPr>
          <w:cantSplit/>
          <w:jc w:val="center"/>
        </w:trPr>
        <w:tc>
          <w:tcPr>
            <w:tcW w:w="5040" w:type="dxa"/>
            <w:shd w:val="clear" w:color="auto" w:fill="D9EAF7"/>
            <w:tcMar>
              <w:top w:w="55" w:type="dxa"/>
              <w:left w:w="80" w:type="dxa"/>
              <w:bottom w:w="55" w:type="dxa"/>
              <w:right w:w="80" w:type="dxa"/>
            </w:tcMar>
          </w:tcPr>
          <w:p w:rsidR="008F1696" w:rsidRDefault="006175DD">
            <w:pPr>
              <w:spacing w:after="0"/>
            </w:pPr>
            <w:r>
              <w:rPr>
                <w:b/>
              </w:rPr>
              <w:t xml:space="preserve">Authorized </w:t>
            </w:r>
            <w:r>
              <w:rPr>
                <w:b/>
              </w:rPr>
              <w:t>signature and date</w:t>
            </w:r>
          </w:p>
        </w:tc>
        <w:tc>
          <w:tcPr>
            <w:tcW w:w="5040" w:type="dxa"/>
            <w:tcMar>
              <w:top w:w="55" w:type="dxa"/>
              <w:left w:w="80" w:type="dxa"/>
              <w:bottom w:w="55" w:type="dxa"/>
              <w:right w:w="80" w:type="dxa"/>
            </w:tcMar>
          </w:tcPr>
          <w:p w:rsidR="008F1696" w:rsidRDefault="006175DD">
            <w:pPr>
              <w:spacing w:after="0"/>
            </w:pPr>
            <w:r>
              <w:t>Signature: __________________  Date: ______________</w:t>
            </w:r>
          </w:p>
        </w:tc>
      </w:tr>
    </w:tbl>
    <w:p w:rsidR="008F1696" w:rsidRDefault="006175DD">
      <w:pPr>
        <w:jc w:val="center"/>
      </w:pPr>
      <w:r>
        <w:rPr>
          <w:sz w:val="18"/>
        </w:rPr>
        <w:t>Attachments: Copy of CNIC and proof of new address; copy of booking/allotment document; supporting proof of new contact/email, if required.</w:t>
      </w:r>
    </w:p>
    <w:sectPr w:rsidR="008F1696"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175DD"/>
    <w:rsid w:val="008F1696"/>
    <w:rsid w:val="00AA1D8D"/>
    <w:rsid w:val="00B47730"/>
    <w:rsid w:val="00C93A4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1B684F"/>
  <w14:defaultImageDpi w14:val="300"/>
  <w15:docId w15:val="{E47E6044-D610-4820-B13C-B372B8E6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80"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20431-48A5-4D5A-B696-8938990CE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KARAKORUM</cp:lastModifiedBy>
  <cp:revision>2</cp:revision>
  <dcterms:created xsi:type="dcterms:W3CDTF">2013-12-23T23:15:00Z</dcterms:created>
  <dcterms:modified xsi:type="dcterms:W3CDTF">2026-07-28T09:16:00Z</dcterms:modified>
  <cp:category/>
</cp:coreProperties>
</file>