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0E58" w:rsidRDefault="0000659C">
      <w:pPr>
        <w:jc w:val="right"/>
      </w:pPr>
      <w:r>
        <w:rPr>
          <w:b/>
        </w:rPr>
        <w:t>Date: __________________</w:t>
      </w:r>
    </w:p>
    <w:p w:rsidR="00150E58" w:rsidRDefault="0000659C">
      <w:r>
        <w:rPr>
          <w:b/>
        </w:rPr>
        <w:t>TAP BUILDERS</w:t>
      </w:r>
      <w:r>
        <w:rPr>
          <w:b/>
        </w:rPr>
        <w:br/>
      </w:r>
      <w:r>
        <w:t>PLOT NO. FL-4, SECTOR 4-A,</w:t>
      </w:r>
      <w:r>
        <w:br/>
        <w:t>SURJANI TOWN,</w:t>
      </w:r>
      <w:r>
        <w:br/>
        <w:t>KARACHI.</w:t>
      </w:r>
    </w:p>
    <w:p w:rsidR="00150E58" w:rsidRDefault="0000659C">
      <w:pPr>
        <w:jc w:val="center"/>
      </w:pPr>
      <w:r>
        <w:rPr>
          <w:b/>
          <w:sz w:val="20"/>
        </w:rPr>
        <w:t xml:space="preserve">TO BE EXECUTED ON NON-JUDICIAL STAMP PAPER </w:t>
      </w:r>
      <w:bookmarkStart w:id="0" w:name="_GoBack"/>
      <w:bookmarkEnd w:id="0"/>
    </w:p>
    <w:p w:rsidR="00150E58" w:rsidRDefault="0000659C">
      <w:pPr>
        <w:jc w:val="center"/>
      </w:pPr>
      <w:r>
        <w:rPr>
          <w:b/>
          <w:sz w:val="24"/>
          <w:u w:val="single"/>
        </w:rPr>
        <w:t>SUBJECT: UNDERTAKING FOR CHANGE OF NOMINEE AGAINST BOOKED UNIT/FLAT</w:t>
      </w:r>
    </w:p>
    <w:p w:rsidR="00150E58" w:rsidRDefault="0000659C">
      <w:pPr>
        <w:jc w:val="both"/>
      </w:pPr>
      <w:r>
        <w:t xml:space="preserve">I, </w:t>
      </w:r>
      <w:r>
        <w:rPr>
          <w:u w:val="single"/>
        </w:rPr>
        <w:t>______________________________</w:t>
      </w:r>
      <w:r>
        <w:t xml:space="preserve">, S/O / D/O / W/O </w:t>
      </w:r>
      <w:r>
        <w:rPr>
          <w:u w:val="single"/>
        </w:rPr>
        <w:t>______________________________</w:t>
      </w:r>
      <w:r>
        <w:t xml:space="preserve">, holding CNIC No. </w:t>
      </w:r>
      <w:r>
        <w:rPr>
          <w:u w:val="single"/>
        </w:rPr>
        <w:t>______________________________</w:t>
      </w:r>
      <w:r>
        <w:t xml:space="preserve">, and residing at </w:t>
      </w:r>
      <w:r>
        <w:rPr>
          <w:u w:val="single"/>
        </w:rPr>
        <w:t>______________________________________________________________</w:t>
      </w:r>
      <w:r>
        <w:t xml:space="preserve">, had booked the following unit/flat in your project "FAIZ RESIDENCY", located </w:t>
      </w:r>
      <w:r>
        <w:t>at Plot No. FL-4, Sector 4-A, Surjani Town, Karachi:</w:t>
      </w:r>
    </w:p>
    <w:p w:rsidR="00150E58" w:rsidRDefault="0000659C">
      <w:r>
        <w:rPr>
          <w:b/>
        </w:rPr>
        <w:t>Booking Details:</w:t>
      </w:r>
    </w:p>
    <w:tbl>
      <w:tblPr>
        <w:tblStyle w:val="TableGrid"/>
        <w:tblW w:w="0" w:type="auto"/>
        <w:jc w:val="center"/>
        <w:tblLayout w:type="fixed"/>
        <w:tblLook w:val="04A0" w:firstRow="1" w:lastRow="0" w:firstColumn="1" w:lastColumn="0" w:noHBand="0" w:noVBand="1"/>
      </w:tblPr>
      <w:tblGrid>
        <w:gridCol w:w="5040"/>
        <w:gridCol w:w="5040"/>
      </w:tblGrid>
      <w:tr w:rsidR="00150E58">
        <w:trPr>
          <w:cantSplit/>
          <w:jc w:val="center"/>
        </w:trPr>
        <w:tc>
          <w:tcPr>
            <w:tcW w:w="5040" w:type="dxa"/>
            <w:shd w:val="clear" w:color="auto" w:fill="D9EAF7"/>
            <w:tcMar>
              <w:top w:w="55" w:type="dxa"/>
              <w:left w:w="80" w:type="dxa"/>
              <w:bottom w:w="55" w:type="dxa"/>
              <w:right w:w="80" w:type="dxa"/>
            </w:tcMar>
            <w:vAlign w:val="center"/>
          </w:tcPr>
          <w:p w:rsidR="00150E58" w:rsidRDefault="0000659C">
            <w:pPr>
              <w:spacing w:after="0"/>
            </w:pPr>
            <w:r>
              <w:rPr>
                <w:b/>
              </w:rPr>
              <w:t>Unit/Flat No.</w:t>
            </w:r>
          </w:p>
        </w:tc>
        <w:tc>
          <w:tcPr>
            <w:tcW w:w="5040" w:type="dxa"/>
            <w:tcMar>
              <w:top w:w="55" w:type="dxa"/>
              <w:left w:w="80" w:type="dxa"/>
              <w:bottom w:w="55" w:type="dxa"/>
              <w:right w:w="80" w:type="dxa"/>
            </w:tcMar>
            <w:vAlign w:val="center"/>
          </w:tcPr>
          <w:p w:rsidR="00150E58" w:rsidRDefault="0000659C">
            <w:pPr>
              <w:spacing w:after="0"/>
            </w:pPr>
            <w:r>
              <w:t>____________________________</w:t>
            </w:r>
          </w:p>
        </w:tc>
      </w:tr>
      <w:tr w:rsidR="00150E58">
        <w:trPr>
          <w:cantSplit/>
          <w:jc w:val="center"/>
        </w:trPr>
        <w:tc>
          <w:tcPr>
            <w:tcW w:w="5040" w:type="dxa"/>
            <w:shd w:val="clear" w:color="auto" w:fill="D9EAF7"/>
            <w:tcMar>
              <w:top w:w="55" w:type="dxa"/>
              <w:left w:w="80" w:type="dxa"/>
              <w:bottom w:w="55" w:type="dxa"/>
              <w:right w:w="80" w:type="dxa"/>
            </w:tcMar>
            <w:vAlign w:val="center"/>
          </w:tcPr>
          <w:p w:rsidR="00150E58" w:rsidRDefault="0000659C">
            <w:pPr>
              <w:spacing w:after="0"/>
            </w:pPr>
            <w:r>
              <w:rPr>
                <w:b/>
              </w:rPr>
              <w:t>Type</w:t>
            </w:r>
          </w:p>
        </w:tc>
        <w:tc>
          <w:tcPr>
            <w:tcW w:w="5040" w:type="dxa"/>
            <w:tcMar>
              <w:top w:w="55" w:type="dxa"/>
              <w:left w:w="80" w:type="dxa"/>
              <w:bottom w:w="55" w:type="dxa"/>
              <w:right w:w="80" w:type="dxa"/>
            </w:tcMar>
            <w:vAlign w:val="center"/>
          </w:tcPr>
          <w:p w:rsidR="00150E58" w:rsidRDefault="0000659C">
            <w:pPr>
              <w:spacing w:after="0"/>
            </w:pPr>
            <w:r>
              <w:t>____________________________</w:t>
            </w:r>
          </w:p>
        </w:tc>
      </w:tr>
      <w:tr w:rsidR="00150E58">
        <w:trPr>
          <w:cantSplit/>
          <w:jc w:val="center"/>
        </w:trPr>
        <w:tc>
          <w:tcPr>
            <w:tcW w:w="5040" w:type="dxa"/>
            <w:shd w:val="clear" w:color="auto" w:fill="D9EAF7"/>
            <w:tcMar>
              <w:top w:w="55" w:type="dxa"/>
              <w:left w:w="80" w:type="dxa"/>
              <w:bottom w:w="55" w:type="dxa"/>
              <w:right w:w="80" w:type="dxa"/>
            </w:tcMar>
            <w:vAlign w:val="center"/>
          </w:tcPr>
          <w:p w:rsidR="00150E58" w:rsidRDefault="0000659C">
            <w:pPr>
              <w:spacing w:after="0"/>
            </w:pPr>
            <w:r>
              <w:rPr>
                <w:b/>
              </w:rPr>
              <w:t>Block</w:t>
            </w:r>
          </w:p>
        </w:tc>
        <w:tc>
          <w:tcPr>
            <w:tcW w:w="5040" w:type="dxa"/>
            <w:tcMar>
              <w:top w:w="55" w:type="dxa"/>
              <w:left w:w="80" w:type="dxa"/>
              <w:bottom w:w="55" w:type="dxa"/>
              <w:right w:w="80" w:type="dxa"/>
            </w:tcMar>
            <w:vAlign w:val="center"/>
          </w:tcPr>
          <w:p w:rsidR="00150E58" w:rsidRDefault="0000659C">
            <w:pPr>
              <w:spacing w:after="0"/>
            </w:pPr>
            <w:r>
              <w:t>____________________________</w:t>
            </w:r>
          </w:p>
        </w:tc>
      </w:tr>
      <w:tr w:rsidR="00150E58">
        <w:trPr>
          <w:cantSplit/>
          <w:jc w:val="center"/>
        </w:trPr>
        <w:tc>
          <w:tcPr>
            <w:tcW w:w="5040" w:type="dxa"/>
            <w:shd w:val="clear" w:color="auto" w:fill="D9EAF7"/>
            <w:tcMar>
              <w:top w:w="55" w:type="dxa"/>
              <w:left w:w="80" w:type="dxa"/>
              <w:bottom w:w="55" w:type="dxa"/>
              <w:right w:w="80" w:type="dxa"/>
            </w:tcMar>
            <w:vAlign w:val="center"/>
          </w:tcPr>
          <w:p w:rsidR="00150E58" w:rsidRDefault="0000659C">
            <w:pPr>
              <w:spacing w:after="0"/>
            </w:pPr>
            <w:r>
              <w:rPr>
                <w:b/>
              </w:rPr>
              <w:t>Booking/File No.</w:t>
            </w:r>
          </w:p>
        </w:tc>
        <w:tc>
          <w:tcPr>
            <w:tcW w:w="5040" w:type="dxa"/>
            <w:tcMar>
              <w:top w:w="55" w:type="dxa"/>
              <w:left w:w="80" w:type="dxa"/>
              <w:bottom w:w="55" w:type="dxa"/>
              <w:right w:w="80" w:type="dxa"/>
            </w:tcMar>
            <w:vAlign w:val="center"/>
          </w:tcPr>
          <w:p w:rsidR="00150E58" w:rsidRDefault="0000659C">
            <w:pPr>
              <w:spacing w:after="0"/>
            </w:pPr>
            <w:r>
              <w:t>____________________________</w:t>
            </w:r>
          </w:p>
        </w:tc>
      </w:tr>
    </w:tbl>
    <w:p w:rsidR="00150E58" w:rsidRDefault="0000659C">
      <w:pPr>
        <w:jc w:val="both"/>
      </w:pPr>
      <w:r>
        <w:t>I hereby request TAP Bui</w:t>
      </w:r>
      <w:r>
        <w:t>lders to revoke the existing nomination and update the nominee particulars in its records as follows:</w:t>
      </w:r>
    </w:p>
    <w:tbl>
      <w:tblPr>
        <w:tblStyle w:val="TableGrid"/>
        <w:tblW w:w="0" w:type="auto"/>
        <w:jc w:val="center"/>
        <w:tblLayout w:type="fixed"/>
        <w:tblLook w:val="04A0" w:firstRow="1" w:lastRow="0" w:firstColumn="1" w:lastColumn="0" w:noHBand="0" w:noVBand="1"/>
      </w:tblPr>
      <w:tblGrid>
        <w:gridCol w:w="3360"/>
        <w:gridCol w:w="3360"/>
        <w:gridCol w:w="3360"/>
      </w:tblGrid>
      <w:tr w:rsidR="00150E58">
        <w:trPr>
          <w:cantSplit/>
          <w:jc w:val="center"/>
        </w:trPr>
        <w:tc>
          <w:tcPr>
            <w:tcW w:w="3360" w:type="dxa"/>
            <w:shd w:val="clear" w:color="auto" w:fill="5B9BD5"/>
            <w:tcMar>
              <w:top w:w="60" w:type="dxa"/>
              <w:left w:w="80" w:type="dxa"/>
              <w:bottom w:w="60" w:type="dxa"/>
              <w:right w:w="80" w:type="dxa"/>
            </w:tcMar>
            <w:vAlign w:val="center"/>
          </w:tcPr>
          <w:p w:rsidR="00150E58" w:rsidRDefault="0000659C">
            <w:pPr>
              <w:spacing w:after="0"/>
              <w:jc w:val="center"/>
            </w:pPr>
            <w:r>
              <w:rPr>
                <w:b/>
                <w:color w:val="FFFFFF"/>
              </w:rPr>
              <w:t>Particular</w:t>
            </w:r>
          </w:p>
        </w:tc>
        <w:tc>
          <w:tcPr>
            <w:tcW w:w="3360" w:type="dxa"/>
            <w:shd w:val="clear" w:color="auto" w:fill="5B9BD5"/>
            <w:tcMar>
              <w:top w:w="60" w:type="dxa"/>
              <w:left w:w="80" w:type="dxa"/>
              <w:bottom w:w="60" w:type="dxa"/>
              <w:right w:w="80" w:type="dxa"/>
            </w:tcMar>
            <w:vAlign w:val="center"/>
          </w:tcPr>
          <w:p w:rsidR="00150E58" w:rsidRDefault="0000659C">
            <w:pPr>
              <w:spacing w:after="0"/>
              <w:jc w:val="center"/>
            </w:pPr>
            <w:r>
              <w:rPr>
                <w:b/>
                <w:color w:val="FFFFFF"/>
              </w:rPr>
              <w:t>Previous Nominee Details</w:t>
            </w:r>
          </w:p>
        </w:tc>
        <w:tc>
          <w:tcPr>
            <w:tcW w:w="3360" w:type="dxa"/>
            <w:shd w:val="clear" w:color="auto" w:fill="5B9BD5"/>
            <w:tcMar>
              <w:top w:w="60" w:type="dxa"/>
              <w:left w:w="80" w:type="dxa"/>
              <w:bottom w:w="60" w:type="dxa"/>
              <w:right w:w="80" w:type="dxa"/>
            </w:tcMar>
            <w:vAlign w:val="center"/>
          </w:tcPr>
          <w:p w:rsidR="00150E58" w:rsidRDefault="0000659C">
            <w:pPr>
              <w:spacing w:after="0"/>
              <w:jc w:val="center"/>
            </w:pPr>
            <w:r>
              <w:rPr>
                <w:b/>
                <w:color w:val="FFFFFF"/>
              </w:rPr>
              <w:t>New Nominee Details</w:t>
            </w:r>
          </w:p>
        </w:tc>
      </w:tr>
      <w:tr w:rsidR="00150E58">
        <w:trPr>
          <w:cantSplit/>
          <w:jc w:val="center"/>
        </w:trPr>
        <w:tc>
          <w:tcPr>
            <w:tcW w:w="3360" w:type="dxa"/>
            <w:shd w:val="clear" w:color="auto" w:fill="D9EAF7"/>
            <w:tcMar>
              <w:top w:w="60" w:type="dxa"/>
              <w:left w:w="80" w:type="dxa"/>
              <w:bottom w:w="60" w:type="dxa"/>
              <w:right w:w="80" w:type="dxa"/>
            </w:tcMar>
            <w:vAlign w:val="center"/>
          </w:tcPr>
          <w:p w:rsidR="00150E58" w:rsidRDefault="0000659C">
            <w:pPr>
              <w:spacing w:after="0"/>
            </w:pPr>
            <w:r>
              <w:rPr>
                <w:b/>
              </w:rPr>
              <w:t>Full Name</w:t>
            </w:r>
          </w:p>
        </w:tc>
        <w:tc>
          <w:tcPr>
            <w:tcW w:w="3360" w:type="dxa"/>
            <w:tcMar>
              <w:top w:w="60" w:type="dxa"/>
              <w:left w:w="80" w:type="dxa"/>
              <w:bottom w:w="60" w:type="dxa"/>
              <w:right w:w="80" w:type="dxa"/>
            </w:tcMar>
            <w:vAlign w:val="center"/>
          </w:tcPr>
          <w:p w:rsidR="00150E58" w:rsidRDefault="0000659C">
            <w:pPr>
              <w:spacing w:after="0"/>
            </w:pPr>
            <w:r>
              <w:t>____________________________</w:t>
            </w:r>
          </w:p>
        </w:tc>
        <w:tc>
          <w:tcPr>
            <w:tcW w:w="3360" w:type="dxa"/>
            <w:tcMar>
              <w:top w:w="60" w:type="dxa"/>
              <w:left w:w="80" w:type="dxa"/>
              <w:bottom w:w="60" w:type="dxa"/>
              <w:right w:w="80" w:type="dxa"/>
            </w:tcMar>
            <w:vAlign w:val="center"/>
          </w:tcPr>
          <w:p w:rsidR="00150E58" w:rsidRDefault="0000659C">
            <w:pPr>
              <w:spacing w:after="0"/>
            </w:pPr>
            <w:r>
              <w:t>____________________________</w:t>
            </w:r>
          </w:p>
        </w:tc>
      </w:tr>
      <w:tr w:rsidR="00150E58">
        <w:trPr>
          <w:cantSplit/>
          <w:jc w:val="center"/>
        </w:trPr>
        <w:tc>
          <w:tcPr>
            <w:tcW w:w="3360" w:type="dxa"/>
            <w:shd w:val="clear" w:color="auto" w:fill="D9EAF7"/>
            <w:tcMar>
              <w:top w:w="60" w:type="dxa"/>
              <w:left w:w="80" w:type="dxa"/>
              <w:bottom w:w="60" w:type="dxa"/>
              <w:right w:w="80" w:type="dxa"/>
            </w:tcMar>
            <w:vAlign w:val="center"/>
          </w:tcPr>
          <w:p w:rsidR="00150E58" w:rsidRDefault="0000659C">
            <w:pPr>
              <w:spacing w:after="0"/>
            </w:pPr>
            <w:r>
              <w:rPr>
                <w:b/>
              </w:rPr>
              <w:t>S/O / D/O / W/O</w:t>
            </w:r>
          </w:p>
        </w:tc>
        <w:tc>
          <w:tcPr>
            <w:tcW w:w="3360" w:type="dxa"/>
            <w:tcMar>
              <w:top w:w="60" w:type="dxa"/>
              <w:left w:w="80" w:type="dxa"/>
              <w:bottom w:w="60" w:type="dxa"/>
              <w:right w:w="80" w:type="dxa"/>
            </w:tcMar>
            <w:vAlign w:val="center"/>
          </w:tcPr>
          <w:p w:rsidR="00150E58" w:rsidRDefault="0000659C">
            <w:pPr>
              <w:spacing w:after="0"/>
            </w:pPr>
            <w:r>
              <w:t>____________________________</w:t>
            </w:r>
          </w:p>
        </w:tc>
        <w:tc>
          <w:tcPr>
            <w:tcW w:w="3360" w:type="dxa"/>
            <w:tcMar>
              <w:top w:w="60" w:type="dxa"/>
              <w:left w:w="80" w:type="dxa"/>
              <w:bottom w:w="60" w:type="dxa"/>
              <w:right w:w="80" w:type="dxa"/>
            </w:tcMar>
            <w:vAlign w:val="center"/>
          </w:tcPr>
          <w:p w:rsidR="00150E58" w:rsidRDefault="0000659C">
            <w:pPr>
              <w:spacing w:after="0"/>
            </w:pPr>
            <w:r>
              <w:t>____________________________</w:t>
            </w:r>
          </w:p>
        </w:tc>
      </w:tr>
      <w:tr w:rsidR="00150E58">
        <w:trPr>
          <w:cantSplit/>
          <w:jc w:val="center"/>
        </w:trPr>
        <w:tc>
          <w:tcPr>
            <w:tcW w:w="3360" w:type="dxa"/>
            <w:shd w:val="clear" w:color="auto" w:fill="D9EAF7"/>
            <w:tcMar>
              <w:top w:w="60" w:type="dxa"/>
              <w:left w:w="80" w:type="dxa"/>
              <w:bottom w:w="60" w:type="dxa"/>
              <w:right w:w="80" w:type="dxa"/>
            </w:tcMar>
            <w:vAlign w:val="center"/>
          </w:tcPr>
          <w:p w:rsidR="00150E58" w:rsidRDefault="0000659C">
            <w:pPr>
              <w:spacing w:after="0"/>
            </w:pPr>
            <w:r>
              <w:rPr>
                <w:b/>
              </w:rPr>
              <w:t>CNIC No.</w:t>
            </w:r>
          </w:p>
        </w:tc>
        <w:tc>
          <w:tcPr>
            <w:tcW w:w="3360" w:type="dxa"/>
            <w:tcMar>
              <w:top w:w="60" w:type="dxa"/>
              <w:left w:w="80" w:type="dxa"/>
              <w:bottom w:w="60" w:type="dxa"/>
              <w:right w:w="80" w:type="dxa"/>
            </w:tcMar>
            <w:vAlign w:val="center"/>
          </w:tcPr>
          <w:p w:rsidR="00150E58" w:rsidRDefault="0000659C">
            <w:pPr>
              <w:spacing w:after="0"/>
            </w:pPr>
            <w:r>
              <w:t>____________________________</w:t>
            </w:r>
          </w:p>
        </w:tc>
        <w:tc>
          <w:tcPr>
            <w:tcW w:w="3360" w:type="dxa"/>
            <w:tcMar>
              <w:top w:w="60" w:type="dxa"/>
              <w:left w:w="80" w:type="dxa"/>
              <w:bottom w:w="60" w:type="dxa"/>
              <w:right w:w="80" w:type="dxa"/>
            </w:tcMar>
            <w:vAlign w:val="center"/>
          </w:tcPr>
          <w:p w:rsidR="00150E58" w:rsidRDefault="0000659C">
            <w:pPr>
              <w:spacing w:after="0"/>
            </w:pPr>
            <w:r>
              <w:t>____________________________</w:t>
            </w:r>
          </w:p>
        </w:tc>
      </w:tr>
      <w:tr w:rsidR="00150E58">
        <w:trPr>
          <w:cantSplit/>
          <w:jc w:val="center"/>
        </w:trPr>
        <w:tc>
          <w:tcPr>
            <w:tcW w:w="3360" w:type="dxa"/>
            <w:shd w:val="clear" w:color="auto" w:fill="D9EAF7"/>
            <w:tcMar>
              <w:top w:w="60" w:type="dxa"/>
              <w:left w:w="80" w:type="dxa"/>
              <w:bottom w:w="60" w:type="dxa"/>
              <w:right w:w="80" w:type="dxa"/>
            </w:tcMar>
            <w:vAlign w:val="center"/>
          </w:tcPr>
          <w:p w:rsidR="00150E58" w:rsidRDefault="0000659C">
            <w:pPr>
              <w:spacing w:after="0"/>
            </w:pPr>
            <w:r>
              <w:rPr>
                <w:b/>
              </w:rPr>
              <w:t>Relationship with Applicant</w:t>
            </w:r>
          </w:p>
        </w:tc>
        <w:tc>
          <w:tcPr>
            <w:tcW w:w="3360" w:type="dxa"/>
            <w:tcMar>
              <w:top w:w="60" w:type="dxa"/>
              <w:left w:w="80" w:type="dxa"/>
              <w:bottom w:w="60" w:type="dxa"/>
              <w:right w:w="80" w:type="dxa"/>
            </w:tcMar>
            <w:vAlign w:val="center"/>
          </w:tcPr>
          <w:p w:rsidR="00150E58" w:rsidRDefault="0000659C">
            <w:pPr>
              <w:spacing w:after="0"/>
            </w:pPr>
            <w:r>
              <w:t>____________________________</w:t>
            </w:r>
          </w:p>
        </w:tc>
        <w:tc>
          <w:tcPr>
            <w:tcW w:w="3360" w:type="dxa"/>
            <w:tcMar>
              <w:top w:w="60" w:type="dxa"/>
              <w:left w:w="80" w:type="dxa"/>
              <w:bottom w:w="60" w:type="dxa"/>
              <w:right w:w="80" w:type="dxa"/>
            </w:tcMar>
            <w:vAlign w:val="center"/>
          </w:tcPr>
          <w:p w:rsidR="00150E58" w:rsidRDefault="0000659C">
            <w:pPr>
              <w:spacing w:after="0"/>
            </w:pPr>
            <w:r>
              <w:t>____________________________</w:t>
            </w:r>
          </w:p>
        </w:tc>
      </w:tr>
      <w:tr w:rsidR="00150E58">
        <w:trPr>
          <w:cantSplit/>
          <w:jc w:val="center"/>
        </w:trPr>
        <w:tc>
          <w:tcPr>
            <w:tcW w:w="3360" w:type="dxa"/>
            <w:shd w:val="clear" w:color="auto" w:fill="D9EAF7"/>
            <w:tcMar>
              <w:top w:w="60" w:type="dxa"/>
              <w:left w:w="80" w:type="dxa"/>
              <w:bottom w:w="60" w:type="dxa"/>
              <w:right w:w="80" w:type="dxa"/>
            </w:tcMar>
            <w:vAlign w:val="center"/>
          </w:tcPr>
          <w:p w:rsidR="00150E58" w:rsidRDefault="0000659C">
            <w:pPr>
              <w:spacing w:after="0"/>
            </w:pPr>
            <w:r>
              <w:rPr>
                <w:b/>
              </w:rPr>
              <w:t>Contact No.</w:t>
            </w:r>
          </w:p>
        </w:tc>
        <w:tc>
          <w:tcPr>
            <w:tcW w:w="3360" w:type="dxa"/>
            <w:tcMar>
              <w:top w:w="60" w:type="dxa"/>
              <w:left w:w="80" w:type="dxa"/>
              <w:bottom w:w="60" w:type="dxa"/>
              <w:right w:w="80" w:type="dxa"/>
            </w:tcMar>
            <w:vAlign w:val="center"/>
          </w:tcPr>
          <w:p w:rsidR="00150E58" w:rsidRDefault="0000659C">
            <w:pPr>
              <w:spacing w:after="0"/>
            </w:pPr>
            <w:r>
              <w:t>____________________________</w:t>
            </w:r>
          </w:p>
        </w:tc>
        <w:tc>
          <w:tcPr>
            <w:tcW w:w="3360" w:type="dxa"/>
            <w:tcMar>
              <w:top w:w="60" w:type="dxa"/>
              <w:left w:w="80" w:type="dxa"/>
              <w:bottom w:w="60" w:type="dxa"/>
              <w:right w:w="80" w:type="dxa"/>
            </w:tcMar>
            <w:vAlign w:val="center"/>
          </w:tcPr>
          <w:p w:rsidR="00150E58" w:rsidRDefault="0000659C">
            <w:pPr>
              <w:spacing w:after="0"/>
            </w:pPr>
            <w:r>
              <w:t>____________________________</w:t>
            </w:r>
          </w:p>
        </w:tc>
      </w:tr>
      <w:tr w:rsidR="00150E58">
        <w:trPr>
          <w:cantSplit/>
          <w:jc w:val="center"/>
        </w:trPr>
        <w:tc>
          <w:tcPr>
            <w:tcW w:w="3360" w:type="dxa"/>
            <w:shd w:val="clear" w:color="auto" w:fill="D9EAF7"/>
            <w:tcMar>
              <w:top w:w="60" w:type="dxa"/>
              <w:left w:w="80" w:type="dxa"/>
              <w:bottom w:w="60" w:type="dxa"/>
              <w:right w:w="80" w:type="dxa"/>
            </w:tcMar>
            <w:vAlign w:val="center"/>
          </w:tcPr>
          <w:p w:rsidR="00150E58" w:rsidRDefault="0000659C">
            <w:pPr>
              <w:spacing w:after="0"/>
            </w:pPr>
            <w:r>
              <w:rPr>
                <w:b/>
              </w:rPr>
              <w:t>Email Address, if any</w:t>
            </w:r>
          </w:p>
        </w:tc>
        <w:tc>
          <w:tcPr>
            <w:tcW w:w="3360" w:type="dxa"/>
            <w:tcMar>
              <w:top w:w="60" w:type="dxa"/>
              <w:left w:w="80" w:type="dxa"/>
              <w:bottom w:w="60" w:type="dxa"/>
              <w:right w:w="80" w:type="dxa"/>
            </w:tcMar>
            <w:vAlign w:val="center"/>
          </w:tcPr>
          <w:p w:rsidR="00150E58" w:rsidRDefault="0000659C">
            <w:pPr>
              <w:spacing w:after="0"/>
            </w:pPr>
            <w:r>
              <w:t>____________________________</w:t>
            </w:r>
          </w:p>
        </w:tc>
        <w:tc>
          <w:tcPr>
            <w:tcW w:w="3360" w:type="dxa"/>
            <w:tcMar>
              <w:top w:w="60" w:type="dxa"/>
              <w:left w:w="80" w:type="dxa"/>
              <w:bottom w:w="60" w:type="dxa"/>
              <w:right w:w="80" w:type="dxa"/>
            </w:tcMar>
            <w:vAlign w:val="center"/>
          </w:tcPr>
          <w:p w:rsidR="00150E58" w:rsidRDefault="0000659C">
            <w:pPr>
              <w:spacing w:after="0"/>
            </w:pPr>
            <w:r>
              <w:t>____________________________</w:t>
            </w:r>
          </w:p>
        </w:tc>
      </w:tr>
      <w:tr w:rsidR="00150E58">
        <w:trPr>
          <w:cantSplit/>
          <w:jc w:val="center"/>
        </w:trPr>
        <w:tc>
          <w:tcPr>
            <w:tcW w:w="3360" w:type="dxa"/>
            <w:shd w:val="clear" w:color="auto" w:fill="D9EAF7"/>
            <w:tcMar>
              <w:top w:w="60" w:type="dxa"/>
              <w:left w:w="80" w:type="dxa"/>
              <w:bottom w:w="60" w:type="dxa"/>
              <w:right w:w="80" w:type="dxa"/>
            </w:tcMar>
            <w:vAlign w:val="center"/>
          </w:tcPr>
          <w:p w:rsidR="00150E58" w:rsidRDefault="0000659C">
            <w:pPr>
              <w:spacing w:after="0"/>
            </w:pPr>
            <w:r>
              <w:rPr>
                <w:b/>
              </w:rPr>
              <w:t>Residential Address</w:t>
            </w:r>
          </w:p>
        </w:tc>
        <w:tc>
          <w:tcPr>
            <w:tcW w:w="3360" w:type="dxa"/>
            <w:tcMar>
              <w:top w:w="60" w:type="dxa"/>
              <w:left w:w="80" w:type="dxa"/>
              <w:bottom w:w="60" w:type="dxa"/>
              <w:right w:w="80" w:type="dxa"/>
            </w:tcMar>
            <w:vAlign w:val="center"/>
          </w:tcPr>
          <w:p w:rsidR="00150E58" w:rsidRDefault="0000659C">
            <w:pPr>
              <w:spacing w:after="0"/>
            </w:pPr>
            <w:r>
              <w:t>____________________________</w:t>
            </w:r>
            <w:r>
              <w:br/>
              <w:t>____________________________</w:t>
            </w:r>
          </w:p>
        </w:tc>
        <w:tc>
          <w:tcPr>
            <w:tcW w:w="3360" w:type="dxa"/>
            <w:tcMar>
              <w:top w:w="60" w:type="dxa"/>
              <w:left w:w="80" w:type="dxa"/>
              <w:bottom w:w="60" w:type="dxa"/>
              <w:right w:w="80" w:type="dxa"/>
            </w:tcMar>
            <w:vAlign w:val="center"/>
          </w:tcPr>
          <w:p w:rsidR="00150E58" w:rsidRDefault="0000659C">
            <w:pPr>
              <w:spacing w:after="0"/>
            </w:pPr>
            <w:r>
              <w:t>____________________________</w:t>
            </w:r>
            <w:r>
              <w:br/>
              <w:t>____________________________</w:t>
            </w:r>
          </w:p>
        </w:tc>
      </w:tr>
    </w:tbl>
    <w:p w:rsidR="00150E58" w:rsidRDefault="0000659C">
      <w:r>
        <w:t>I hereby</w:t>
      </w:r>
      <w:r>
        <w:t xml:space="preserve"> acknowledge, confirm and undertake as follows:</w:t>
      </w:r>
    </w:p>
    <w:p w:rsidR="00150E58" w:rsidRDefault="0000659C">
      <w:pPr>
        <w:pStyle w:val="ListNumber"/>
        <w:spacing w:after="60"/>
        <w:ind w:left="403" w:hanging="259"/>
        <w:jc w:val="both"/>
      </w:pPr>
      <w:r>
        <w:t>The above request is made by me voluntarily and with my free consent, and the particulars of the new nominee are true, complete and correct to the best of my knowledge.</w:t>
      </w:r>
    </w:p>
    <w:p w:rsidR="00150E58" w:rsidRDefault="0000659C">
      <w:pPr>
        <w:pStyle w:val="ListNumber"/>
        <w:spacing w:after="60"/>
        <w:ind w:left="403" w:hanging="259"/>
        <w:jc w:val="both"/>
      </w:pPr>
      <w:r>
        <w:t xml:space="preserve">Upon verification and written approval </w:t>
      </w:r>
      <w:r>
        <w:t>by TAP Builders, the previous nomination shall stand revoked and the new nominee shall be recorded for the purposes permitted under the booking terms and conditions and applicable law.</w:t>
      </w:r>
    </w:p>
    <w:p w:rsidR="00150E58" w:rsidRDefault="0000659C">
      <w:pPr>
        <w:pStyle w:val="ListNumber"/>
        <w:spacing w:after="60"/>
        <w:ind w:left="403" w:hanging="259"/>
        <w:jc w:val="both"/>
      </w:pPr>
      <w:r>
        <w:t xml:space="preserve">The nomination is an administrative arrangement only and shall not, by </w:t>
      </w:r>
      <w:r>
        <w:t>itself, constitute or operate as a transfer, assignment, sale, allotment, conveyance or creation of any ownership or beneficial interest in the booked Unit/Flat.</w:t>
      </w:r>
    </w:p>
    <w:p w:rsidR="00150E58" w:rsidRDefault="0000659C">
      <w:pPr>
        <w:pStyle w:val="ListNumber"/>
        <w:spacing w:after="60"/>
        <w:ind w:left="403" w:hanging="259"/>
        <w:jc w:val="both"/>
      </w:pPr>
      <w:r>
        <w:t>The nomination shall remain subject to the rights of lawful heirs, orders of any competent cou</w:t>
      </w:r>
      <w:r>
        <w:t>rt or authority, the booking terms and conditions, and applicable law.</w:t>
      </w:r>
    </w:p>
    <w:p w:rsidR="00150E58" w:rsidRDefault="0000659C">
      <w:pPr>
        <w:pStyle w:val="ListNumber"/>
        <w:spacing w:after="60"/>
        <w:ind w:left="403" w:hanging="259"/>
        <w:jc w:val="both"/>
      </w:pPr>
      <w:r>
        <w:t>I shall remain solely responsible for all payments, obligations, representations and liabilities relating to the booked Unit/Flat, and the change of nominee shall not release or substit</w:t>
      </w:r>
      <w:r>
        <w:t>ute me as the applicant/allottee.</w:t>
      </w:r>
    </w:p>
    <w:p w:rsidR="00150E58" w:rsidRDefault="0000659C">
      <w:pPr>
        <w:pStyle w:val="ListNumber"/>
        <w:spacing w:after="60"/>
        <w:ind w:left="403" w:hanging="259"/>
        <w:jc w:val="both"/>
      </w:pPr>
      <w:r>
        <w:t>I confirm that the booked Unit/Flat has not been sold, assigned, transferred, pledged or made subject to any third-party right or interest, and no dispute concerning the nomination or the booking is pending to my knowledge</w:t>
      </w:r>
      <w:r>
        <w:t>, except as disclosed in writing to TAP Builders.</w:t>
      </w:r>
    </w:p>
    <w:p w:rsidR="00150E58" w:rsidRDefault="0000659C">
      <w:pPr>
        <w:pStyle w:val="ListNumber"/>
        <w:spacing w:after="60"/>
        <w:ind w:left="403" w:hanging="259"/>
        <w:jc w:val="both"/>
      </w:pPr>
      <w:r>
        <w:t>I agree to provide all identification, relationship and other supporting documents required by TAP Builders for verification of the new nominee and understand that the change shall become effective only aft</w:t>
      </w:r>
      <w:r>
        <w:t>er written confirmation by TAP Builders.</w:t>
      </w:r>
    </w:p>
    <w:p w:rsidR="00150E58" w:rsidRDefault="0000659C">
      <w:pPr>
        <w:pStyle w:val="ListNumber"/>
        <w:spacing w:after="60"/>
        <w:ind w:left="403" w:hanging="259"/>
        <w:jc w:val="both"/>
      </w:pPr>
      <w:r>
        <w:lastRenderedPageBreak/>
        <w:t>I undertake to promptly notify TAP Builders in writing of any further change or revocation of nomination and to obtain written acknowledgement of such change.</w:t>
      </w:r>
    </w:p>
    <w:p w:rsidR="00150E58" w:rsidRDefault="0000659C">
      <w:pPr>
        <w:pStyle w:val="ListNumber"/>
        <w:spacing w:after="60"/>
        <w:ind w:left="403" w:hanging="259"/>
        <w:jc w:val="both"/>
      </w:pPr>
      <w:r>
        <w:t>I shall be responsible for any claim, objection, loss or</w:t>
      </w:r>
      <w:r>
        <w:t xml:space="preserve"> dispute arising from incorrect information supplied by me or from any undisclosed third-party claim, and shall indemnify TAP Builders to the extent permitted by applicable law.</w:t>
      </w:r>
    </w:p>
    <w:p w:rsidR="00150E58" w:rsidRDefault="0000659C">
      <w:pPr>
        <w:pStyle w:val="ListNumber"/>
        <w:spacing w:after="60"/>
        <w:ind w:left="403" w:hanging="259"/>
        <w:jc w:val="both"/>
      </w:pPr>
      <w:r>
        <w:t>Where the booking is jointly held, the consent and signature of the joint appl</w:t>
      </w:r>
      <w:r>
        <w:t>icant/co-allottee appearing below shall form an integral part of this request.</w:t>
      </w:r>
    </w:p>
    <w:p w:rsidR="00150E58" w:rsidRDefault="0000659C">
      <w:pPr>
        <w:pStyle w:val="ListNumber"/>
        <w:spacing w:after="60"/>
        <w:ind w:left="403" w:hanging="259"/>
        <w:jc w:val="both"/>
      </w:pPr>
      <w:r>
        <w:t>I have read and understood this undertaking and execute it voluntarily, with full consent and without any pressure, coercion, misrepresentation or undue influence.</w:t>
      </w:r>
    </w:p>
    <w:p w:rsidR="00150E58" w:rsidRDefault="0000659C">
      <w:r>
        <w:t>Yours sincere</w:t>
      </w:r>
      <w:r>
        <w:t>ly,</w:t>
      </w:r>
    </w:p>
    <w:tbl>
      <w:tblPr>
        <w:tblStyle w:val="TableGrid"/>
        <w:tblW w:w="0" w:type="auto"/>
        <w:jc w:val="center"/>
        <w:tblLayout w:type="fixed"/>
        <w:tblLook w:val="04A0" w:firstRow="1" w:lastRow="0" w:firstColumn="1" w:lastColumn="0" w:noHBand="0" w:noVBand="1"/>
      </w:tblPr>
      <w:tblGrid>
        <w:gridCol w:w="5040"/>
        <w:gridCol w:w="5040"/>
      </w:tblGrid>
      <w:tr w:rsidR="00150E58">
        <w:trPr>
          <w:cantSplit/>
          <w:jc w:val="center"/>
        </w:trPr>
        <w:tc>
          <w:tcPr>
            <w:tcW w:w="5040" w:type="dxa"/>
            <w:shd w:val="clear" w:color="auto" w:fill="D9EAF7"/>
            <w:tcMar>
              <w:top w:w="55" w:type="dxa"/>
              <w:left w:w="80" w:type="dxa"/>
              <w:bottom w:w="55" w:type="dxa"/>
              <w:right w:w="80" w:type="dxa"/>
            </w:tcMar>
            <w:vAlign w:val="center"/>
          </w:tcPr>
          <w:p w:rsidR="00150E58" w:rsidRDefault="0000659C">
            <w:pPr>
              <w:spacing w:after="0"/>
            </w:pPr>
            <w:r>
              <w:rPr>
                <w:b/>
              </w:rPr>
              <w:t>Name of Applicant/Allottee</w:t>
            </w:r>
          </w:p>
        </w:tc>
        <w:tc>
          <w:tcPr>
            <w:tcW w:w="5040" w:type="dxa"/>
            <w:tcMar>
              <w:top w:w="55" w:type="dxa"/>
              <w:left w:w="80" w:type="dxa"/>
              <w:bottom w:w="55" w:type="dxa"/>
              <w:right w:w="80" w:type="dxa"/>
            </w:tcMar>
            <w:vAlign w:val="center"/>
          </w:tcPr>
          <w:p w:rsidR="00150E58" w:rsidRDefault="0000659C">
            <w:pPr>
              <w:spacing w:after="0"/>
            </w:pPr>
            <w:r>
              <w:t>____________________________________________</w:t>
            </w:r>
          </w:p>
        </w:tc>
      </w:tr>
      <w:tr w:rsidR="00150E58">
        <w:trPr>
          <w:cantSplit/>
          <w:jc w:val="center"/>
        </w:trPr>
        <w:tc>
          <w:tcPr>
            <w:tcW w:w="5040" w:type="dxa"/>
            <w:shd w:val="clear" w:color="auto" w:fill="D9EAF7"/>
            <w:tcMar>
              <w:top w:w="55" w:type="dxa"/>
              <w:left w:w="80" w:type="dxa"/>
              <w:bottom w:w="55" w:type="dxa"/>
              <w:right w:w="80" w:type="dxa"/>
            </w:tcMar>
            <w:vAlign w:val="center"/>
          </w:tcPr>
          <w:p w:rsidR="00150E58" w:rsidRDefault="0000659C">
            <w:pPr>
              <w:spacing w:after="0"/>
            </w:pPr>
            <w:r>
              <w:rPr>
                <w:b/>
              </w:rPr>
              <w:t>CNIC No.</w:t>
            </w:r>
          </w:p>
        </w:tc>
        <w:tc>
          <w:tcPr>
            <w:tcW w:w="5040" w:type="dxa"/>
            <w:tcMar>
              <w:top w:w="55" w:type="dxa"/>
              <w:left w:w="80" w:type="dxa"/>
              <w:bottom w:w="55" w:type="dxa"/>
              <w:right w:w="80" w:type="dxa"/>
            </w:tcMar>
            <w:vAlign w:val="center"/>
          </w:tcPr>
          <w:p w:rsidR="00150E58" w:rsidRDefault="0000659C">
            <w:pPr>
              <w:spacing w:after="0"/>
            </w:pPr>
            <w:r>
              <w:t>____________________________________________</w:t>
            </w:r>
          </w:p>
        </w:tc>
      </w:tr>
      <w:tr w:rsidR="00150E58">
        <w:trPr>
          <w:cantSplit/>
          <w:jc w:val="center"/>
        </w:trPr>
        <w:tc>
          <w:tcPr>
            <w:tcW w:w="5040" w:type="dxa"/>
            <w:shd w:val="clear" w:color="auto" w:fill="D9EAF7"/>
            <w:tcMar>
              <w:top w:w="55" w:type="dxa"/>
              <w:left w:w="80" w:type="dxa"/>
              <w:bottom w:w="55" w:type="dxa"/>
              <w:right w:w="80" w:type="dxa"/>
            </w:tcMar>
            <w:vAlign w:val="center"/>
          </w:tcPr>
          <w:p w:rsidR="00150E58" w:rsidRDefault="0000659C">
            <w:pPr>
              <w:spacing w:after="0"/>
            </w:pPr>
            <w:r>
              <w:rPr>
                <w:b/>
              </w:rPr>
              <w:t>Contact No.</w:t>
            </w:r>
          </w:p>
        </w:tc>
        <w:tc>
          <w:tcPr>
            <w:tcW w:w="5040" w:type="dxa"/>
            <w:tcMar>
              <w:top w:w="55" w:type="dxa"/>
              <w:left w:w="80" w:type="dxa"/>
              <w:bottom w:w="55" w:type="dxa"/>
              <w:right w:w="80" w:type="dxa"/>
            </w:tcMar>
            <w:vAlign w:val="center"/>
          </w:tcPr>
          <w:p w:rsidR="00150E58" w:rsidRDefault="0000659C">
            <w:pPr>
              <w:spacing w:after="0"/>
            </w:pPr>
            <w:r>
              <w:t>____________________________________________</w:t>
            </w:r>
          </w:p>
        </w:tc>
      </w:tr>
      <w:tr w:rsidR="00150E58">
        <w:trPr>
          <w:cantSplit/>
          <w:jc w:val="center"/>
        </w:trPr>
        <w:tc>
          <w:tcPr>
            <w:tcW w:w="5040" w:type="dxa"/>
            <w:shd w:val="clear" w:color="auto" w:fill="D9EAF7"/>
            <w:tcMar>
              <w:top w:w="55" w:type="dxa"/>
              <w:left w:w="80" w:type="dxa"/>
              <w:bottom w:w="55" w:type="dxa"/>
              <w:right w:w="80" w:type="dxa"/>
            </w:tcMar>
            <w:vAlign w:val="center"/>
          </w:tcPr>
          <w:p w:rsidR="00150E58" w:rsidRDefault="0000659C">
            <w:pPr>
              <w:spacing w:after="0"/>
            </w:pPr>
            <w:r>
              <w:rPr>
                <w:b/>
              </w:rPr>
              <w:t>Address</w:t>
            </w:r>
          </w:p>
        </w:tc>
        <w:tc>
          <w:tcPr>
            <w:tcW w:w="5040" w:type="dxa"/>
            <w:tcMar>
              <w:top w:w="55" w:type="dxa"/>
              <w:left w:w="80" w:type="dxa"/>
              <w:bottom w:w="55" w:type="dxa"/>
              <w:right w:w="80" w:type="dxa"/>
            </w:tcMar>
            <w:vAlign w:val="center"/>
          </w:tcPr>
          <w:p w:rsidR="00150E58" w:rsidRDefault="0000659C">
            <w:pPr>
              <w:spacing w:after="0"/>
            </w:pPr>
            <w:r>
              <w:t>____________________________________________</w:t>
            </w:r>
          </w:p>
        </w:tc>
      </w:tr>
      <w:tr w:rsidR="00150E58">
        <w:trPr>
          <w:cantSplit/>
          <w:jc w:val="center"/>
        </w:trPr>
        <w:tc>
          <w:tcPr>
            <w:tcW w:w="5040" w:type="dxa"/>
            <w:shd w:val="clear" w:color="auto" w:fill="D9EAF7"/>
            <w:tcMar>
              <w:top w:w="55" w:type="dxa"/>
              <w:left w:w="80" w:type="dxa"/>
              <w:bottom w:w="55" w:type="dxa"/>
              <w:right w:w="80" w:type="dxa"/>
            </w:tcMar>
            <w:vAlign w:val="center"/>
          </w:tcPr>
          <w:p w:rsidR="00150E58" w:rsidRDefault="0000659C">
            <w:pPr>
              <w:spacing w:after="0"/>
            </w:pPr>
            <w:r>
              <w:rPr>
                <w:b/>
              </w:rPr>
              <w:t>Signature</w:t>
            </w:r>
          </w:p>
        </w:tc>
        <w:tc>
          <w:tcPr>
            <w:tcW w:w="5040" w:type="dxa"/>
            <w:tcMar>
              <w:top w:w="55" w:type="dxa"/>
              <w:left w:w="80" w:type="dxa"/>
              <w:bottom w:w="55" w:type="dxa"/>
              <w:right w:w="80" w:type="dxa"/>
            </w:tcMar>
            <w:vAlign w:val="center"/>
          </w:tcPr>
          <w:p w:rsidR="00150E58" w:rsidRDefault="0000659C">
            <w:pPr>
              <w:spacing w:after="0"/>
            </w:pPr>
            <w:r>
              <w:t>____________________________________________</w:t>
            </w:r>
          </w:p>
        </w:tc>
      </w:tr>
      <w:tr w:rsidR="00150E58">
        <w:trPr>
          <w:cantSplit/>
          <w:jc w:val="center"/>
        </w:trPr>
        <w:tc>
          <w:tcPr>
            <w:tcW w:w="5040" w:type="dxa"/>
            <w:shd w:val="clear" w:color="auto" w:fill="D9EAF7"/>
            <w:tcMar>
              <w:top w:w="55" w:type="dxa"/>
              <w:left w:w="80" w:type="dxa"/>
              <w:bottom w:w="55" w:type="dxa"/>
              <w:right w:w="80" w:type="dxa"/>
            </w:tcMar>
            <w:vAlign w:val="center"/>
          </w:tcPr>
          <w:p w:rsidR="00150E58" w:rsidRDefault="0000659C">
            <w:pPr>
              <w:spacing w:after="0"/>
            </w:pPr>
            <w:r>
              <w:rPr>
                <w:b/>
              </w:rPr>
              <w:t>Thumb Impression</w:t>
            </w:r>
          </w:p>
        </w:tc>
        <w:tc>
          <w:tcPr>
            <w:tcW w:w="5040" w:type="dxa"/>
            <w:tcMar>
              <w:top w:w="55" w:type="dxa"/>
              <w:left w:w="80" w:type="dxa"/>
              <w:bottom w:w="55" w:type="dxa"/>
              <w:right w:w="80" w:type="dxa"/>
            </w:tcMar>
            <w:vAlign w:val="center"/>
          </w:tcPr>
          <w:p w:rsidR="00150E58" w:rsidRDefault="0000659C">
            <w:pPr>
              <w:spacing w:after="0"/>
            </w:pPr>
            <w:r>
              <w:t>____________________________________________</w:t>
            </w:r>
          </w:p>
        </w:tc>
      </w:tr>
    </w:tbl>
    <w:p w:rsidR="00150E58" w:rsidRDefault="0000659C">
      <w:r>
        <w:rPr>
          <w:b/>
        </w:rPr>
        <w:t>Joint Applicant/Co-Allottee, if applicable:</w:t>
      </w:r>
    </w:p>
    <w:p w:rsidR="00150E58" w:rsidRDefault="0000659C">
      <w:r>
        <w:t>Name: __________________________  CNIC No.: __________________________  Signature: ____________________</w:t>
      </w:r>
      <w:r>
        <w:t>______</w:t>
      </w:r>
    </w:p>
    <w:p w:rsidR="00150E58" w:rsidRDefault="0000659C">
      <w:r>
        <w:rPr>
          <w:b/>
        </w:rPr>
        <w:t>Acknowledgement by New Nominee:</w:t>
      </w:r>
    </w:p>
    <w:p w:rsidR="00150E58" w:rsidRDefault="0000659C">
      <w:pPr>
        <w:jc w:val="both"/>
      </w:pPr>
      <w:r>
        <w:t>I confirm that the particulars stated above are correct and that I understand that nomination does not, by itself, confer ownership or title in the booked Unit/Flat and remains subject to the booking terms and applica</w:t>
      </w:r>
      <w:r>
        <w:t>ble law.</w:t>
      </w:r>
    </w:p>
    <w:tbl>
      <w:tblPr>
        <w:tblStyle w:val="TableGrid"/>
        <w:tblW w:w="0" w:type="auto"/>
        <w:jc w:val="center"/>
        <w:tblLayout w:type="fixed"/>
        <w:tblLook w:val="04A0" w:firstRow="1" w:lastRow="0" w:firstColumn="1" w:lastColumn="0" w:noHBand="0" w:noVBand="1"/>
      </w:tblPr>
      <w:tblGrid>
        <w:gridCol w:w="5040"/>
        <w:gridCol w:w="5040"/>
      </w:tblGrid>
      <w:tr w:rsidR="00150E58">
        <w:trPr>
          <w:cantSplit/>
          <w:jc w:val="center"/>
        </w:trPr>
        <w:tc>
          <w:tcPr>
            <w:tcW w:w="5040" w:type="dxa"/>
            <w:shd w:val="clear" w:color="auto" w:fill="D9EAF7"/>
            <w:tcMar>
              <w:top w:w="55" w:type="dxa"/>
              <w:left w:w="80" w:type="dxa"/>
              <w:bottom w:w="55" w:type="dxa"/>
              <w:right w:w="80" w:type="dxa"/>
            </w:tcMar>
            <w:vAlign w:val="center"/>
          </w:tcPr>
          <w:p w:rsidR="00150E58" w:rsidRDefault="0000659C">
            <w:pPr>
              <w:spacing w:after="0"/>
            </w:pPr>
            <w:r>
              <w:rPr>
                <w:b/>
              </w:rPr>
              <w:t>Name of New Nominee</w:t>
            </w:r>
          </w:p>
        </w:tc>
        <w:tc>
          <w:tcPr>
            <w:tcW w:w="5040" w:type="dxa"/>
            <w:tcMar>
              <w:top w:w="55" w:type="dxa"/>
              <w:left w:w="80" w:type="dxa"/>
              <w:bottom w:w="55" w:type="dxa"/>
              <w:right w:w="80" w:type="dxa"/>
            </w:tcMar>
            <w:vAlign w:val="center"/>
          </w:tcPr>
          <w:p w:rsidR="00150E58" w:rsidRDefault="0000659C">
            <w:pPr>
              <w:spacing w:after="0"/>
            </w:pPr>
            <w:r>
              <w:t>____________________________________________</w:t>
            </w:r>
          </w:p>
        </w:tc>
      </w:tr>
      <w:tr w:rsidR="00150E58">
        <w:trPr>
          <w:cantSplit/>
          <w:jc w:val="center"/>
        </w:trPr>
        <w:tc>
          <w:tcPr>
            <w:tcW w:w="5040" w:type="dxa"/>
            <w:shd w:val="clear" w:color="auto" w:fill="D9EAF7"/>
            <w:tcMar>
              <w:top w:w="55" w:type="dxa"/>
              <w:left w:w="80" w:type="dxa"/>
              <w:bottom w:w="55" w:type="dxa"/>
              <w:right w:w="80" w:type="dxa"/>
            </w:tcMar>
            <w:vAlign w:val="center"/>
          </w:tcPr>
          <w:p w:rsidR="00150E58" w:rsidRDefault="0000659C">
            <w:pPr>
              <w:spacing w:after="0"/>
            </w:pPr>
            <w:r>
              <w:rPr>
                <w:b/>
              </w:rPr>
              <w:t>CNIC No.</w:t>
            </w:r>
          </w:p>
        </w:tc>
        <w:tc>
          <w:tcPr>
            <w:tcW w:w="5040" w:type="dxa"/>
            <w:tcMar>
              <w:top w:w="55" w:type="dxa"/>
              <w:left w:w="80" w:type="dxa"/>
              <w:bottom w:w="55" w:type="dxa"/>
              <w:right w:w="80" w:type="dxa"/>
            </w:tcMar>
            <w:vAlign w:val="center"/>
          </w:tcPr>
          <w:p w:rsidR="00150E58" w:rsidRDefault="0000659C">
            <w:pPr>
              <w:spacing w:after="0"/>
            </w:pPr>
            <w:r>
              <w:t>____________________________________________</w:t>
            </w:r>
          </w:p>
        </w:tc>
      </w:tr>
      <w:tr w:rsidR="00150E58">
        <w:trPr>
          <w:cantSplit/>
          <w:jc w:val="center"/>
        </w:trPr>
        <w:tc>
          <w:tcPr>
            <w:tcW w:w="5040" w:type="dxa"/>
            <w:shd w:val="clear" w:color="auto" w:fill="D9EAF7"/>
            <w:tcMar>
              <w:top w:w="55" w:type="dxa"/>
              <w:left w:w="80" w:type="dxa"/>
              <w:bottom w:w="55" w:type="dxa"/>
              <w:right w:w="80" w:type="dxa"/>
            </w:tcMar>
            <w:vAlign w:val="center"/>
          </w:tcPr>
          <w:p w:rsidR="00150E58" w:rsidRDefault="0000659C">
            <w:pPr>
              <w:spacing w:after="0"/>
            </w:pPr>
            <w:r>
              <w:rPr>
                <w:b/>
              </w:rPr>
              <w:t>Signature / Thumb Impression</w:t>
            </w:r>
          </w:p>
        </w:tc>
        <w:tc>
          <w:tcPr>
            <w:tcW w:w="5040" w:type="dxa"/>
            <w:tcMar>
              <w:top w:w="55" w:type="dxa"/>
              <w:left w:w="80" w:type="dxa"/>
              <w:bottom w:w="55" w:type="dxa"/>
              <w:right w:w="80" w:type="dxa"/>
            </w:tcMar>
            <w:vAlign w:val="center"/>
          </w:tcPr>
          <w:p w:rsidR="00150E58" w:rsidRDefault="0000659C">
            <w:pPr>
              <w:spacing w:after="0"/>
            </w:pPr>
            <w:r>
              <w:t>Signature: __________________  Thumb Impression: ______________</w:t>
            </w:r>
          </w:p>
        </w:tc>
      </w:tr>
    </w:tbl>
    <w:p w:rsidR="00150E58" w:rsidRDefault="0000659C">
      <w:r>
        <w:rPr>
          <w:b/>
        </w:rPr>
        <w:t>Witnesses:</w:t>
      </w:r>
    </w:p>
    <w:tbl>
      <w:tblPr>
        <w:tblStyle w:val="TableGrid"/>
        <w:tblW w:w="0" w:type="auto"/>
        <w:jc w:val="center"/>
        <w:tblLayout w:type="fixed"/>
        <w:tblLook w:val="04A0" w:firstRow="1" w:lastRow="0" w:firstColumn="1" w:lastColumn="0" w:noHBand="0" w:noVBand="1"/>
      </w:tblPr>
      <w:tblGrid>
        <w:gridCol w:w="2520"/>
        <w:gridCol w:w="2520"/>
        <w:gridCol w:w="2520"/>
        <w:gridCol w:w="2520"/>
      </w:tblGrid>
      <w:tr w:rsidR="00150E58">
        <w:trPr>
          <w:cantSplit/>
          <w:jc w:val="center"/>
        </w:trPr>
        <w:tc>
          <w:tcPr>
            <w:tcW w:w="2520" w:type="dxa"/>
            <w:shd w:val="clear" w:color="auto" w:fill="5B9BD5"/>
            <w:tcMar>
              <w:top w:w="55" w:type="dxa"/>
              <w:left w:w="80" w:type="dxa"/>
              <w:bottom w:w="55" w:type="dxa"/>
              <w:right w:w="80" w:type="dxa"/>
            </w:tcMar>
          </w:tcPr>
          <w:p w:rsidR="00150E58" w:rsidRDefault="0000659C">
            <w:pPr>
              <w:spacing w:after="0"/>
              <w:jc w:val="center"/>
            </w:pPr>
            <w:r>
              <w:rPr>
                <w:b/>
                <w:color w:val="FFFFFF"/>
              </w:rPr>
              <w:t>Witness</w:t>
            </w:r>
          </w:p>
        </w:tc>
        <w:tc>
          <w:tcPr>
            <w:tcW w:w="2520" w:type="dxa"/>
            <w:shd w:val="clear" w:color="auto" w:fill="5B9BD5"/>
            <w:tcMar>
              <w:top w:w="55" w:type="dxa"/>
              <w:left w:w="80" w:type="dxa"/>
              <w:bottom w:w="55" w:type="dxa"/>
              <w:right w:w="80" w:type="dxa"/>
            </w:tcMar>
          </w:tcPr>
          <w:p w:rsidR="00150E58" w:rsidRDefault="0000659C">
            <w:pPr>
              <w:spacing w:after="0"/>
              <w:jc w:val="center"/>
            </w:pPr>
            <w:r>
              <w:rPr>
                <w:b/>
                <w:color w:val="FFFFFF"/>
              </w:rPr>
              <w:t>Name</w:t>
            </w:r>
          </w:p>
        </w:tc>
        <w:tc>
          <w:tcPr>
            <w:tcW w:w="2520" w:type="dxa"/>
            <w:shd w:val="clear" w:color="auto" w:fill="5B9BD5"/>
            <w:tcMar>
              <w:top w:w="55" w:type="dxa"/>
              <w:left w:w="80" w:type="dxa"/>
              <w:bottom w:w="55" w:type="dxa"/>
              <w:right w:w="80" w:type="dxa"/>
            </w:tcMar>
          </w:tcPr>
          <w:p w:rsidR="00150E58" w:rsidRDefault="0000659C">
            <w:pPr>
              <w:spacing w:after="0"/>
              <w:jc w:val="center"/>
            </w:pPr>
            <w:r>
              <w:rPr>
                <w:b/>
                <w:color w:val="FFFFFF"/>
              </w:rPr>
              <w:t>CNIC No.</w:t>
            </w:r>
          </w:p>
        </w:tc>
        <w:tc>
          <w:tcPr>
            <w:tcW w:w="2520" w:type="dxa"/>
            <w:shd w:val="clear" w:color="auto" w:fill="5B9BD5"/>
            <w:tcMar>
              <w:top w:w="55" w:type="dxa"/>
              <w:left w:w="80" w:type="dxa"/>
              <w:bottom w:w="55" w:type="dxa"/>
              <w:right w:w="80" w:type="dxa"/>
            </w:tcMar>
          </w:tcPr>
          <w:p w:rsidR="00150E58" w:rsidRDefault="0000659C">
            <w:pPr>
              <w:spacing w:after="0"/>
              <w:jc w:val="center"/>
            </w:pPr>
            <w:r>
              <w:rPr>
                <w:b/>
                <w:color w:val="FFFFFF"/>
              </w:rPr>
              <w:t>Signature</w:t>
            </w:r>
          </w:p>
        </w:tc>
      </w:tr>
      <w:tr w:rsidR="00150E58">
        <w:trPr>
          <w:cantSplit/>
          <w:jc w:val="center"/>
        </w:trPr>
        <w:tc>
          <w:tcPr>
            <w:tcW w:w="2520" w:type="dxa"/>
            <w:tcMar>
              <w:top w:w="55" w:type="dxa"/>
              <w:left w:w="80" w:type="dxa"/>
              <w:bottom w:w="55" w:type="dxa"/>
              <w:right w:w="80" w:type="dxa"/>
            </w:tcMar>
          </w:tcPr>
          <w:p w:rsidR="00150E58" w:rsidRDefault="0000659C">
            <w:pPr>
              <w:spacing w:after="0"/>
              <w:jc w:val="center"/>
            </w:pPr>
            <w:r>
              <w:t>1</w:t>
            </w:r>
          </w:p>
        </w:tc>
        <w:tc>
          <w:tcPr>
            <w:tcW w:w="2520" w:type="dxa"/>
            <w:tcMar>
              <w:top w:w="55" w:type="dxa"/>
              <w:left w:w="80" w:type="dxa"/>
              <w:bottom w:w="55" w:type="dxa"/>
              <w:right w:w="80" w:type="dxa"/>
            </w:tcMar>
          </w:tcPr>
          <w:p w:rsidR="00150E58" w:rsidRDefault="0000659C">
            <w:pPr>
              <w:spacing w:after="0"/>
              <w:jc w:val="center"/>
            </w:pPr>
            <w:r>
              <w:t>____________________</w:t>
            </w:r>
          </w:p>
        </w:tc>
        <w:tc>
          <w:tcPr>
            <w:tcW w:w="2520" w:type="dxa"/>
            <w:tcMar>
              <w:top w:w="55" w:type="dxa"/>
              <w:left w:w="80" w:type="dxa"/>
              <w:bottom w:w="55" w:type="dxa"/>
              <w:right w:w="80" w:type="dxa"/>
            </w:tcMar>
          </w:tcPr>
          <w:p w:rsidR="00150E58" w:rsidRDefault="0000659C">
            <w:pPr>
              <w:spacing w:after="0"/>
              <w:jc w:val="center"/>
            </w:pPr>
            <w:r>
              <w:t>____________________</w:t>
            </w:r>
          </w:p>
        </w:tc>
        <w:tc>
          <w:tcPr>
            <w:tcW w:w="2520" w:type="dxa"/>
            <w:tcMar>
              <w:top w:w="55" w:type="dxa"/>
              <w:left w:w="80" w:type="dxa"/>
              <w:bottom w:w="55" w:type="dxa"/>
              <w:right w:w="80" w:type="dxa"/>
            </w:tcMar>
          </w:tcPr>
          <w:p w:rsidR="00150E58" w:rsidRDefault="0000659C">
            <w:pPr>
              <w:spacing w:after="0"/>
              <w:jc w:val="center"/>
            </w:pPr>
            <w:r>
              <w:t>____________________</w:t>
            </w:r>
          </w:p>
        </w:tc>
      </w:tr>
      <w:tr w:rsidR="00150E58">
        <w:trPr>
          <w:cantSplit/>
          <w:jc w:val="center"/>
        </w:trPr>
        <w:tc>
          <w:tcPr>
            <w:tcW w:w="2520" w:type="dxa"/>
            <w:tcMar>
              <w:top w:w="55" w:type="dxa"/>
              <w:left w:w="80" w:type="dxa"/>
              <w:bottom w:w="55" w:type="dxa"/>
              <w:right w:w="80" w:type="dxa"/>
            </w:tcMar>
          </w:tcPr>
          <w:p w:rsidR="00150E58" w:rsidRDefault="0000659C">
            <w:pPr>
              <w:spacing w:after="0"/>
              <w:jc w:val="center"/>
            </w:pPr>
            <w:r>
              <w:t>2</w:t>
            </w:r>
          </w:p>
        </w:tc>
        <w:tc>
          <w:tcPr>
            <w:tcW w:w="2520" w:type="dxa"/>
            <w:tcMar>
              <w:top w:w="55" w:type="dxa"/>
              <w:left w:w="80" w:type="dxa"/>
              <w:bottom w:w="55" w:type="dxa"/>
              <w:right w:w="80" w:type="dxa"/>
            </w:tcMar>
          </w:tcPr>
          <w:p w:rsidR="00150E58" w:rsidRDefault="0000659C">
            <w:pPr>
              <w:spacing w:after="0"/>
              <w:jc w:val="center"/>
            </w:pPr>
            <w:r>
              <w:t>____________________</w:t>
            </w:r>
          </w:p>
        </w:tc>
        <w:tc>
          <w:tcPr>
            <w:tcW w:w="2520" w:type="dxa"/>
            <w:tcMar>
              <w:top w:w="55" w:type="dxa"/>
              <w:left w:w="80" w:type="dxa"/>
              <w:bottom w:w="55" w:type="dxa"/>
              <w:right w:w="80" w:type="dxa"/>
            </w:tcMar>
          </w:tcPr>
          <w:p w:rsidR="00150E58" w:rsidRDefault="0000659C">
            <w:pPr>
              <w:spacing w:after="0"/>
              <w:jc w:val="center"/>
            </w:pPr>
            <w:r>
              <w:t>____________________</w:t>
            </w:r>
          </w:p>
        </w:tc>
        <w:tc>
          <w:tcPr>
            <w:tcW w:w="2520" w:type="dxa"/>
            <w:tcMar>
              <w:top w:w="55" w:type="dxa"/>
              <w:left w:w="80" w:type="dxa"/>
              <w:bottom w:w="55" w:type="dxa"/>
              <w:right w:w="80" w:type="dxa"/>
            </w:tcMar>
          </w:tcPr>
          <w:p w:rsidR="00150E58" w:rsidRDefault="0000659C">
            <w:pPr>
              <w:spacing w:after="0"/>
              <w:jc w:val="center"/>
            </w:pPr>
            <w:r>
              <w:t>____________________</w:t>
            </w:r>
          </w:p>
        </w:tc>
      </w:tr>
    </w:tbl>
    <w:p w:rsidR="00150E58" w:rsidRDefault="0000659C">
      <w:r>
        <w:rPr>
          <w:b/>
        </w:rPr>
        <w:t>For Official Use - TAP Builders</w:t>
      </w:r>
    </w:p>
    <w:tbl>
      <w:tblPr>
        <w:tblStyle w:val="TableGrid"/>
        <w:tblW w:w="0" w:type="auto"/>
        <w:jc w:val="center"/>
        <w:tblLayout w:type="fixed"/>
        <w:tblLook w:val="04A0" w:firstRow="1" w:lastRow="0" w:firstColumn="1" w:lastColumn="0" w:noHBand="0" w:noVBand="1"/>
      </w:tblPr>
      <w:tblGrid>
        <w:gridCol w:w="5040"/>
        <w:gridCol w:w="5040"/>
      </w:tblGrid>
      <w:tr w:rsidR="00150E58">
        <w:trPr>
          <w:cantSplit/>
          <w:jc w:val="center"/>
        </w:trPr>
        <w:tc>
          <w:tcPr>
            <w:tcW w:w="5040" w:type="dxa"/>
            <w:shd w:val="clear" w:color="auto" w:fill="D9EAF7"/>
            <w:tcMar>
              <w:top w:w="55" w:type="dxa"/>
              <w:left w:w="80" w:type="dxa"/>
              <w:bottom w:w="55" w:type="dxa"/>
              <w:right w:w="80" w:type="dxa"/>
            </w:tcMar>
            <w:vAlign w:val="center"/>
          </w:tcPr>
          <w:p w:rsidR="00150E58" w:rsidRDefault="0000659C">
            <w:pPr>
              <w:spacing w:after="0"/>
            </w:pPr>
            <w:r>
              <w:rPr>
                <w:b/>
              </w:rPr>
              <w:t>Applicant and documents verified by</w:t>
            </w:r>
          </w:p>
        </w:tc>
        <w:tc>
          <w:tcPr>
            <w:tcW w:w="5040" w:type="dxa"/>
            <w:tcMar>
              <w:top w:w="55" w:type="dxa"/>
              <w:left w:w="80" w:type="dxa"/>
              <w:bottom w:w="55" w:type="dxa"/>
              <w:right w:w="80" w:type="dxa"/>
            </w:tcMar>
            <w:vAlign w:val="center"/>
          </w:tcPr>
          <w:p w:rsidR="00150E58" w:rsidRDefault="0000659C">
            <w:pPr>
              <w:spacing w:after="0"/>
            </w:pPr>
            <w:r>
              <w:t xml:space="preserve">Name/Designation: </w:t>
            </w:r>
            <w:r>
              <w:t>_________________________________</w:t>
            </w:r>
          </w:p>
        </w:tc>
      </w:tr>
      <w:tr w:rsidR="00150E58">
        <w:trPr>
          <w:cantSplit/>
          <w:jc w:val="center"/>
        </w:trPr>
        <w:tc>
          <w:tcPr>
            <w:tcW w:w="5040" w:type="dxa"/>
            <w:shd w:val="clear" w:color="auto" w:fill="D9EAF7"/>
            <w:tcMar>
              <w:top w:w="55" w:type="dxa"/>
              <w:left w:w="80" w:type="dxa"/>
              <w:bottom w:w="55" w:type="dxa"/>
              <w:right w:w="80" w:type="dxa"/>
            </w:tcMar>
            <w:vAlign w:val="center"/>
          </w:tcPr>
          <w:p w:rsidR="00150E58" w:rsidRDefault="0000659C">
            <w:pPr>
              <w:spacing w:after="0"/>
            </w:pPr>
            <w:r>
              <w:rPr>
                <w:b/>
              </w:rPr>
              <w:t>Previous nomination record checked by</w:t>
            </w:r>
          </w:p>
        </w:tc>
        <w:tc>
          <w:tcPr>
            <w:tcW w:w="5040" w:type="dxa"/>
            <w:tcMar>
              <w:top w:w="55" w:type="dxa"/>
              <w:left w:w="80" w:type="dxa"/>
              <w:bottom w:w="55" w:type="dxa"/>
              <w:right w:w="80" w:type="dxa"/>
            </w:tcMar>
            <w:vAlign w:val="center"/>
          </w:tcPr>
          <w:p w:rsidR="00150E58" w:rsidRDefault="0000659C">
            <w:pPr>
              <w:spacing w:after="0"/>
            </w:pPr>
            <w:r>
              <w:t>Name/Designation: _________________________________</w:t>
            </w:r>
          </w:p>
        </w:tc>
      </w:tr>
      <w:tr w:rsidR="00150E58">
        <w:trPr>
          <w:cantSplit/>
          <w:jc w:val="center"/>
        </w:trPr>
        <w:tc>
          <w:tcPr>
            <w:tcW w:w="5040" w:type="dxa"/>
            <w:shd w:val="clear" w:color="auto" w:fill="D9EAF7"/>
            <w:tcMar>
              <w:top w:w="55" w:type="dxa"/>
              <w:left w:w="80" w:type="dxa"/>
              <w:bottom w:w="55" w:type="dxa"/>
              <w:right w:w="80" w:type="dxa"/>
            </w:tcMar>
            <w:vAlign w:val="center"/>
          </w:tcPr>
          <w:p w:rsidR="00150E58" w:rsidRDefault="0000659C">
            <w:pPr>
              <w:spacing w:after="0"/>
            </w:pPr>
            <w:r>
              <w:rPr>
                <w:b/>
              </w:rPr>
              <w:t>Nominee record updated by</w:t>
            </w:r>
          </w:p>
        </w:tc>
        <w:tc>
          <w:tcPr>
            <w:tcW w:w="5040" w:type="dxa"/>
            <w:tcMar>
              <w:top w:w="55" w:type="dxa"/>
              <w:left w:w="80" w:type="dxa"/>
              <w:bottom w:w="55" w:type="dxa"/>
              <w:right w:w="80" w:type="dxa"/>
            </w:tcMar>
            <w:vAlign w:val="center"/>
          </w:tcPr>
          <w:p w:rsidR="00150E58" w:rsidRDefault="0000659C">
            <w:pPr>
              <w:spacing w:after="0"/>
            </w:pPr>
            <w:r>
              <w:t>Name/Designation: _________________________________</w:t>
            </w:r>
          </w:p>
        </w:tc>
      </w:tr>
      <w:tr w:rsidR="00150E58">
        <w:trPr>
          <w:cantSplit/>
          <w:jc w:val="center"/>
        </w:trPr>
        <w:tc>
          <w:tcPr>
            <w:tcW w:w="5040" w:type="dxa"/>
            <w:shd w:val="clear" w:color="auto" w:fill="D9EAF7"/>
            <w:tcMar>
              <w:top w:w="55" w:type="dxa"/>
              <w:left w:w="80" w:type="dxa"/>
              <w:bottom w:w="55" w:type="dxa"/>
              <w:right w:w="80" w:type="dxa"/>
            </w:tcMar>
            <w:vAlign w:val="center"/>
          </w:tcPr>
          <w:p w:rsidR="00150E58" w:rsidRDefault="0000659C">
            <w:pPr>
              <w:spacing w:after="0"/>
            </w:pPr>
            <w:r>
              <w:rPr>
                <w:b/>
              </w:rPr>
              <w:t>Effective date of change</w:t>
            </w:r>
          </w:p>
        </w:tc>
        <w:tc>
          <w:tcPr>
            <w:tcW w:w="5040" w:type="dxa"/>
            <w:tcMar>
              <w:top w:w="55" w:type="dxa"/>
              <w:left w:w="80" w:type="dxa"/>
              <w:bottom w:w="55" w:type="dxa"/>
              <w:right w:w="80" w:type="dxa"/>
            </w:tcMar>
            <w:vAlign w:val="center"/>
          </w:tcPr>
          <w:p w:rsidR="00150E58" w:rsidRDefault="0000659C">
            <w:pPr>
              <w:spacing w:after="0"/>
            </w:pPr>
            <w:r>
              <w:t xml:space="preserve">Date: </w:t>
            </w:r>
            <w:r>
              <w:t>_________________________________</w:t>
            </w:r>
          </w:p>
        </w:tc>
      </w:tr>
      <w:tr w:rsidR="00150E58">
        <w:trPr>
          <w:cantSplit/>
          <w:jc w:val="center"/>
        </w:trPr>
        <w:tc>
          <w:tcPr>
            <w:tcW w:w="5040" w:type="dxa"/>
            <w:shd w:val="clear" w:color="auto" w:fill="D9EAF7"/>
            <w:tcMar>
              <w:top w:w="55" w:type="dxa"/>
              <w:left w:w="80" w:type="dxa"/>
              <w:bottom w:w="55" w:type="dxa"/>
              <w:right w:w="80" w:type="dxa"/>
            </w:tcMar>
            <w:vAlign w:val="center"/>
          </w:tcPr>
          <w:p w:rsidR="00150E58" w:rsidRDefault="0000659C">
            <w:pPr>
              <w:spacing w:after="0"/>
            </w:pPr>
            <w:r>
              <w:rPr>
                <w:b/>
              </w:rPr>
              <w:t>Authorized signature and date</w:t>
            </w:r>
          </w:p>
        </w:tc>
        <w:tc>
          <w:tcPr>
            <w:tcW w:w="5040" w:type="dxa"/>
            <w:tcMar>
              <w:top w:w="55" w:type="dxa"/>
              <w:left w:w="80" w:type="dxa"/>
              <w:bottom w:w="55" w:type="dxa"/>
              <w:right w:w="80" w:type="dxa"/>
            </w:tcMar>
            <w:vAlign w:val="center"/>
          </w:tcPr>
          <w:p w:rsidR="00150E58" w:rsidRDefault="0000659C">
            <w:pPr>
              <w:spacing w:after="0"/>
            </w:pPr>
            <w:r>
              <w:t>Signature: __________________  Date: ______________</w:t>
            </w:r>
          </w:p>
        </w:tc>
      </w:tr>
    </w:tbl>
    <w:p w:rsidR="00150E58" w:rsidRDefault="0000659C">
      <w:pPr>
        <w:jc w:val="center"/>
      </w:pPr>
      <w:r>
        <w:rPr>
          <w:sz w:val="18"/>
        </w:rPr>
        <w:t>Attachments: Copy of applicant CNIC; copy of new nominee CNIC; booking/allotment document; consent of joint applicant/co-allottee, if appl</w:t>
      </w:r>
      <w:r>
        <w:rPr>
          <w:sz w:val="18"/>
        </w:rPr>
        <w:t>icable; and any other document required for verification.</w:t>
      </w:r>
    </w:p>
    <w:sectPr w:rsidR="00150E58" w:rsidSect="00034616">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659C"/>
    <w:rsid w:val="00034616"/>
    <w:rsid w:val="0006063C"/>
    <w:rsid w:val="0015074B"/>
    <w:rsid w:val="00150E58"/>
    <w:rsid w:val="0029639D"/>
    <w:rsid w:val="00326F90"/>
    <w:rsid w:val="007B6795"/>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E47E6044-D610-4820-B13C-B372B8E6D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pPr>
      <w:spacing w:after="80" w:line="240" w:lineRule="auto"/>
    </w:pPr>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39063-B653-4782-8325-BEAD6C644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836</Words>
  <Characters>4770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KARAKORUM</cp:lastModifiedBy>
  <cp:revision>2</cp:revision>
  <dcterms:created xsi:type="dcterms:W3CDTF">2013-12-23T23:15:00Z</dcterms:created>
  <dcterms:modified xsi:type="dcterms:W3CDTF">2026-07-28T09:35:00Z</dcterms:modified>
  <cp:category/>
</cp:coreProperties>
</file>